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lineRule="exact" w:line="360"/>
        <w:ind w:firstLine="0"/>
        <w:jc w:val="center"/>
      </w:pPr>
      <w:r>
        <w:rPr>
          <w:rFonts w:ascii="KaiTi" w:hAnsi="KaiTi" w:eastAsia="KaiTi"/>
          <w:b w:val="0"/>
          <w:i w:val="0"/>
          <w:color w:val="3554D4"/>
          <w:sz w:val="22"/>
        </w:rPr>
        <w:t>第4层　档案与电子凭证　·　部门规章</w:t>
      </w:r>
    </w:p>
    <w:p>
      <w:pPr>
        <w:spacing w:before="120" w:after="80" w:lineRule="exact" w:line="560"/>
        <w:ind w:firstLine="0"/>
        <w:jc w:val="center"/>
      </w:pPr>
      <w:r>
        <w:rPr>
          <w:rFonts w:ascii="Times New Roman" w:hAnsi="Times New Roman" w:eastAsia="SimHei"/>
          <w:b/>
          <w:i w:val="0"/>
          <w:sz w:val="36"/>
        </w:rPr>
        <w:t>会计档案管理办法</w:t>
      </w:r>
    </w:p>
    <w:p>
      <w:pPr>
        <w:spacing w:before="0" w:after="80" w:lineRule="exact" w:line="400"/>
        <w:ind w:firstLine="0"/>
        <w:jc w:val="center"/>
      </w:pPr>
      <w:r>
        <w:rPr>
          <w:rFonts w:ascii="KaiTi" w:hAnsi="KaiTi" w:eastAsia="KaiTi"/>
          <w:b w:val="0"/>
          <w:i w:val="0"/>
          <w:sz w:val="24"/>
        </w:rPr>
        <w:t>财政部 国家档案局令第79号</w:t>
      </w:r>
    </w:p>
    <w:p>
      <w:pPr>
        <w:spacing w:before="0" w:after="200" w:lineRule="exact" w:line="360"/>
        <w:ind w:firstLine="0"/>
        <w:jc w:val="center"/>
      </w:pPr>
      <w:r>
        <w:rPr>
          <w:rFonts w:ascii="FangSong" w:hAnsi="FangSong" w:eastAsia="FangSong"/>
          <w:b w:val="0"/>
          <w:i w:val="0"/>
          <w:color w:val="5A4D66"/>
          <w:sz w:val="21"/>
        </w:rPr>
        <w:t>财政部、国家档案局令第79号　｜　2016年1月1日起施行</w:t>
      </w:r>
    </w:p>
    <w:p>
      <w:pPr>
        <w:spacing w:before="0" w:after="40" w:lineRule="exact" w:line="360"/>
        <w:ind w:firstLine="0"/>
      </w:pPr>
      <w:r>
        <w:rPr>
          <w:rFonts w:ascii="KaiTi" w:hAnsi="KaiTi" w:eastAsia="KaiTi"/>
          <w:b w:val="0"/>
          <w:i/>
          <w:color w:val="6B5D7A"/>
          <w:sz w:val="21"/>
        </w:rPr>
        <w:t>采集说明：正文据《国务院公报》2016年第5号；附表据同令公开文本整理。引用请以财政部、国家档案局令第79号为准。</w:t>
      </w:r>
    </w:p>
    <w:p>
      <w:pPr>
        <w:spacing w:before="0" w:after="40" w:lineRule="exact" w:line="360"/>
        <w:ind w:firstLine="0"/>
      </w:pPr>
      <w:r>
        <w:rPr>
          <w:rFonts w:ascii="KaiTi" w:hAnsi="KaiTi" w:eastAsia="KaiTi"/>
          <w:b w:val="0"/>
          <w:i/>
          <w:color w:val="6B5D7A"/>
          <w:sz w:val="21"/>
        </w:rPr>
        <w:t>采集日期：2026-09-01</w:t>
      </w:r>
    </w:p>
    <w:p>
      <w:pPr>
        <w:spacing w:before="0" w:after="40" w:lineRule="exact" w:line="360"/>
        <w:ind w:firstLine="0"/>
      </w:pPr>
      <w:r>
        <w:rPr>
          <w:rFonts w:ascii="KaiTi" w:hAnsi="KaiTi" w:eastAsia="KaiTi"/>
          <w:b w:val="0"/>
          <w:i/>
          <w:color w:val="6B5D7A"/>
          <w:sz w:val="21"/>
        </w:rPr>
        <w:t>来源：https://www.gov.cn/gongbao/content/2016/content_5041555.htm</w:t>
      </w:r>
    </w:p>
    <w:p>
      <w:pPr>
        <w:spacing w:before="0" w:after="120" w:lineRule="exact" w:line="440"/>
        <w:ind w:firstLine="420"/>
      </w:pPr>
      <w:r>
        <w:rPr>
          <w:rFonts w:ascii="Times New Roman" w:hAnsi="Times New Roman" w:eastAsia="FangSong"/>
          <w:b w:val="0"/>
          <w:i w:val="0"/>
          <w:sz w:val="24"/>
        </w:rPr>
        <w:t>中华人民共和国财政部　国家档案局令</w:t>
      </w:r>
    </w:p>
    <w:p>
      <w:pPr>
        <w:spacing w:before="0" w:after="120" w:lineRule="exact" w:line="440"/>
        <w:ind w:firstLine="420"/>
      </w:pPr>
      <w:r>
        <w:rPr>
          <w:rFonts w:ascii="Times New Roman" w:hAnsi="Times New Roman" w:eastAsia="FangSong"/>
          <w:b w:val="0"/>
          <w:i w:val="0"/>
          <w:sz w:val="24"/>
        </w:rPr>
        <w:t>第79号</w:t>
      </w:r>
    </w:p>
    <w:p>
      <w:pPr>
        <w:spacing w:before="0" w:after="120" w:lineRule="exact" w:line="440"/>
        <w:ind w:firstLine="420"/>
      </w:pPr>
      <w:r>
        <w:rPr>
          <w:rFonts w:ascii="Times New Roman" w:hAnsi="Times New Roman" w:eastAsia="FangSong"/>
          <w:b w:val="0"/>
          <w:i w:val="0"/>
          <w:sz w:val="24"/>
        </w:rPr>
        <w:t>《会计档案管理办法》已经财政部部务会议、国家档案局局务会议修订通过，现将修订后的《会计档案管理办法》公布，自2016年1月1日起施行。</w:t>
      </w:r>
    </w:p>
    <w:p>
      <w:pPr>
        <w:spacing w:before="0" w:after="120" w:lineRule="exact" w:line="440"/>
        <w:ind w:firstLine="420"/>
      </w:pPr>
      <w:r>
        <w:rPr>
          <w:rFonts w:ascii="Times New Roman" w:hAnsi="Times New Roman" w:eastAsia="FangSong"/>
          <w:b w:val="0"/>
          <w:i w:val="0"/>
          <w:sz w:val="24"/>
        </w:rPr>
        <w:t>财政部部长　楼继伟</w:t>
      </w:r>
    </w:p>
    <w:p>
      <w:pPr>
        <w:spacing w:before="0" w:after="120" w:lineRule="exact" w:line="440"/>
        <w:ind w:firstLine="420"/>
      </w:pPr>
      <w:r>
        <w:rPr>
          <w:rFonts w:ascii="Times New Roman" w:hAnsi="Times New Roman" w:eastAsia="FangSong"/>
          <w:b w:val="0"/>
          <w:i w:val="0"/>
          <w:sz w:val="24"/>
        </w:rPr>
        <w:t>档案局局长　李明华</w:t>
      </w:r>
    </w:p>
    <w:p>
      <w:pPr>
        <w:spacing w:before="0" w:after="120" w:lineRule="exact" w:line="440"/>
        <w:ind w:firstLine="420"/>
      </w:pPr>
      <w:r>
        <w:rPr>
          <w:rFonts w:ascii="Times New Roman" w:hAnsi="Times New Roman" w:eastAsia="FangSong"/>
          <w:b w:val="0"/>
          <w:i w:val="0"/>
          <w:sz w:val="24"/>
        </w:rPr>
        <w:t>2015年12月11日</w:t>
      </w:r>
    </w:p>
    <w:p>
      <w:pPr>
        <w:spacing w:before="240" w:after="120" w:lineRule="exact" w:line="480"/>
        <w:ind w:firstLine="0"/>
      </w:pPr>
      <w:r>
        <w:rPr>
          <w:rFonts w:ascii="Times New Roman" w:hAnsi="Times New Roman" w:eastAsia="SimHei"/>
          <w:b/>
          <w:i w:val="0"/>
          <w:sz w:val="32"/>
        </w:rPr>
        <w:t>会计档案管理办法</w:t>
      </w:r>
    </w:p>
    <w:p>
      <w:pPr>
        <w:spacing w:before="0" w:after="120" w:lineRule="exact" w:line="440"/>
        <w:ind w:firstLine="420"/>
      </w:pPr>
      <w:r>
        <w:rPr>
          <w:rFonts w:ascii="Times New Roman" w:hAnsi="Times New Roman" w:eastAsia="FangSong"/>
          <w:b w:val="0"/>
          <w:i w:val="0"/>
          <w:sz w:val="24"/>
        </w:rPr>
        <w:t>第一条　为了加强会计档案管理，有效保护和利用会计档案，根据《中华人民共和国会计法》《中华人民共和国档案法》等有关法律和行政法规，制定本办法。</w:t>
      </w:r>
    </w:p>
    <w:p>
      <w:pPr>
        <w:spacing w:before="0" w:after="120" w:lineRule="exact" w:line="440"/>
        <w:ind w:firstLine="420"/>
      </w:pPr>
      <w:r>
        <w:rPr>
          <w:rFonts w:ascii="Times New Roman" w:hAnsi="Times New Roman" w:eastAsia="FangSong"/>
          <w:b w:val="0"/>
          <w:i w:val="0"/>
          <w:sz w:val="24"/>
        </w:rPr>
        <w:t>第二条　国家机关、社会团体、企业、事业单位和其他组织（以下统称单位）管理会计档案适用本办法。</w:t>
      </w:r>
    </w:p>
    <w:p>
      <w:pPr>
        <w:spacing w:before="0" w:after="120" w:lineRule="exact" w:line="440"/>
        <w:ind w:firstLine="420"/>
      </w:pPr>
      <w:r>
        <w:rPr>
          <w:rFonts w:ascii="Times New Roman" w:hAnsi="Times New Roman" w:eastAsia="FangSong"/>
          <w:b w:val="0"/>
          <w:i w:val="0"/>
          <w:sz w:val="24"/>
        </w:rPr>
        <w:t>第三条　本办法所称会计档案是指单位在进行会计核算等过程中接收或形成的，记录和反映单位经济业务事项的，具有保存价值的文字、图表等各种形式的会计资料，包括通过计算机等电子设备形成、传输和存储的电子会计档案。</w:t>
      </w:r>
    </w:p>
    <w:p>
      <w:pPr>
        <w:spacing w:before="0" w:after="120" w:lineRule="exact" w:line="440"/>
        <w:ind w:firstLine="420"/>
      </w:pPr>
      <w:r>
        <w:rPr>
          <w:rFonts w:ascii="Times New Roman" w:hAnsi="Times New Roman" w:eastAsia="FangSong"/>
          <w:b w:val="0"/>
          <w:i w:val="0"/>
          <w:sz w:val="24"/>
        </w:rPr>
        <w:t>第四条　财政部和国家档案局主管全国会计档案工作，共同制定全国统一的会计档案工作制度，对全国会计档案工作实行监督和指导。</w:t>
      </w:r>
    </w:p>
    <w:p>
      <w:pPr>
        <w:spacing w:before="0" w:after="120" w:lineRule="exact" w:line="440"/>
        <w:ind w:firstLine="420"/>
      </w:pPr>
      <w:r>
        <w:rPr>
          <w:rFonts w:ascii="Times New Roman" w:hAnsi="Times New Roman" w:eastAsia="FangSong"/>
          <w:b w:val="0"/>
          <w:i w:val="0"/>
          <w:sz w:val="24"/>
        </w:rPr>
        <w:t>县级以上地方人民政府财政部门和档案行政管理部门管理本行政区域内的会计档案工作，并对本行政区域内会计档案工作实行监督和指导。</w:t>
      </w:r>
    </w:p>
    <w:p>
      <w:pPr>
        <w:spacing w:before="0" w:after="120" w:lineRule="exact" w:line="440"/>
        <w:ind w:firstLine="420"/>
      </w:pPr>
      <w:r>
        <w:rPr>
          <w:rFonts w:ascii="Times New Roman" w:hAnsi="Times New Roman" w:eastAsia="FangSong"/>
          <w:b w:val="0"/>
          <w:i w:val="0"/>
          <w:sz w:val="24"/>
        </w:rPr>
        <w:t>第五条　单位应当加强会计档案管理工作，建立和完善会计档案的收集、整理、保管、利用和鉴定销毁等管理制度，采取可靠的安全防护技术和措施，保证会计档案的真实、完整、可用、安全。</w:t>
      </w:r>
    </w:p>
    <w:p>
      <w:pPr>
        <w:spacing w:before="0" w:after="120" w:lineRule="exact" w:line="440"/>
        <w:ind w:firstLine="420"/>
      </w:pPr>
      <w:r>
        <w:rPr>
          <w:rFonts w:ascii="Times New Roman" w:hAnsi="Times New Roman" w:eastAsia="FangSong"/>
          <w:b w:val="0"/>
          <w:i w:val="0"/>
          <w:sz w:val="24"/>
        </w:rPr>
        <w:t>单位的档案机构或者档案工作人员所属机构（以下统称单位档案管理机构）负责管理本单位的会计档案。单位也可以委托具备档案管理条件的机构代为管理会计档案。</w:t>
      </w:r>
    </w:p>
    <w:p>
      <w:pPr>
        <w:spacing w:before="0" w:after="120" w:lineRule="exact" w:line="440"/>
        <w:ind w:firstLine="420"/>
      </w:pPr>
      <w:r>
        <w:rPr>
          <w:rFonts w:ascii="Times New Roman" w:hAnsi="Times New Roman" w:eastAsia="FangSong"/>
          <w:b w:val="0"/>
          <w:i w:val="0"/>
          <w:sz w:val="24"/>
        </w:rPr>
        <w:t>第六条　下列会计资料应当进行归档：</w:t>
      </w:r>
    </w:p>
    <w:p>
      <w:pPr>
        <w:spacing w:before="0" w:after="120" w:lineRule="exact" w:line="440"/>
        <w:ind w:firstLine="420"/>
      </w:pPr>
      <w:r>
        <w:rPr>
          <w:rFonts w:ascii="Times New Roman" w:hAnsi="Times New Roman" w:eastAsia="FangSong"/>
          <w:b w:val="0"/>
          <w:i w:val="0"/>
          <w:sz w:val="24"/>
        </w:rPr>
        <w:t>（一）会计凭证，包括原始凭证、记账凭证；</w:t>
      </w:r>
    </w:p>
    <w:p>
      <w:pPr>
        <w:spacing w:before="0" w:after="120" w:lineRule="exact" w:line="440"/>
        <w:ind w:firstLine="420"/>
      </w:pPr>
      <w:r>
        <w:rPr>
          <w:rFonts w:ascii="Times New Roman" w:hAnsi="Times New Roman" w:eastAsia="FangSong"/>
          <w:b w:val="0"/>
          <w:i w:val="0"/>
          <w:sz w:val="24"/>
        </w:rPr>
        <w:t>（二）会计账簿，包括总账、明细账、日记账、固定资产卡片及其他辅助性账簿；</w:t>
      </w:r>
    </w:p>
    <w:p>
      <w:pPr>
        <w:spacing w:before="0" w:after="120" w:lineRule="exact" w:line="440"/>
        <w:ind w:firstLine="420"/>
      </w:pPr>
      <w:r>
        <w:rPr>
          <w:rFonts w:ascii="Times New Roman" w:hAnsi="Times New Roman" w:eastAsia="FangSong"/>
          <w:b w:val="0"/>
          <w:i w:val="0"/>
          <w:sz w:val="24"/>
        </w:rPr>
        <w:t>（三）财务会计报告，包括月度、季度、半年度、年度财务会计报告；</w:t>
      </w:r>
    </w:p>
    <w:p>
      <w:pPr>
        <w:spacing w:before="0" w:after="120" w:lineRule="exact" w:line="440"/>
        <w:ind w:firstLine="420"/>
      </w:pPr>
      <w:r>
        <w:rPr>
          <w:rFonts w:ascii="Times New Roman" w:hAnsi="Times New Roman" w:eastAsia="FangSong"/>
          <w:b w:val="0"/>
          <w:i w:val="0"/>
          <w:sz w:val="24"/>
        </w:rPr>
        <w:t>（四）其他会计资料，包括银行存款余额调节表、银行对账单、纳税申报表、会计档案移交清册、会计档案保管清册、会计档案销毁清册、会计档案鉴定意见书及其他具有保存价值的会计资料。</w:t>
      </w:r>
    </w:p>
    <w:p>
      <w:pPr>
        <w:spacing w:before="0" w:after="120" w:lineRule="exact" w:line="440"/>
        <w:ind w:firstLine="420"/>
      </w:pPr>
      <w:r>
        <w:rPr>
          <w:rFonts w:ascii="Times New Roman" w:hAnsi="Times New Roman" w:eastAsia="FangSong"/>
          <w:b w:val="0"/>
          <w:i w:val="0"/>
          <w:sz w:val="24"/>
        </w:rPr>
        <w:t>第七条　单位可以利用计算机、网络通信等信息技术手段管理会计档案。</w:t>
      </w:r>
    </w:p>
    <w:p>
      <w:pPr>
        <w:spacing w:before="0" w:after="120" w:lineRule="exact" w:line="440"/>
        <w:ind w:firstLine="420"/>
      </w:pPr>
      <w:r>
        <w:rPr>
          <w:rFonts w:ascii="Times New Roman" w:hAnsi="Times New Roman" w:eastAsia="FangSong"/>
          <w:b w:val="0"/>
          <w:i w:val="0"/>
          <w:sz w:val="24"/>
        </w:rPr>
        <w:t>第八条　同时满足下列条件的，单位内部形成的属于归档范围的电子会计资料可仅以电子形式保存，形成电子会计档案：</w:t>
      </w:r>
    </w:p>
    <w:p>
      <w:pPr>
        <w:spacing w:before="0" w:after="120" w:lineRule="exact" w:line="440"/>
        <w:ind w:firstLine="420"/>
      </w:pPr>
      <w:r>
        <w:rPr>
          <w:rFonts w:ascii="Times New Roman" w:hAnsi="Times New Roman" w:eastAsia="FangSong"/>
          <w:b w:val="0"/>
          <w:i w:val="0"/>
          <w:sz w:val="24"/>
        </w:rPr>
        <w:t>（一）形成的电子会计资料来源真实有效，由计算机等电子设备形成和传输；</w:t>
      </w:r>
    </w:p>
    <w:p>
      <w:pPr>
        <w:spacing w:before="0" w:after="120" w:lineRule="exact" w:line="440"/>
        <w:ind w:firstLine="420"/>
      </w:pPr>
      <w:r>
        <w:rPr>
          <w:rFonts w:ascii="Times New Roman" w:hAnsi="Times New Roman" w:eastAsia="FangSong"/>
          <w:b w:val="0"/>
          <w:i w:val="0"/>
          <w:sz w:val="24"/>
        </w:rPr>
        <w:t>（二）使用的会计核算系统能够准确、完整、有效接收和读取电子会计资料，能够输出符合国家标准归档格式的会计凭证、会计账簿、财务会计报表等会计资料，设定了经办、审核、审批等必要的审签程序；</w:t>
      </w:r>
    </w:p>
    <w:p>
      <w:pPr>
        <w:spacing w:before="0" w:after="120" w:lineRule="exact" w:line="440"/>
        <w:ind w:firstLine="420"/>
      </w:pPr>
      <w:r>
        <w:rPr>
          <w:rFonts w:ascii="Times New Roman" w:hAnsi="Times New Roman" w:eastAsia="FangSong"/>
          <w:b w:val="0"/>
          <w:i w:val="0"/>
          <w:sz w:val="24"/>
        </w:rPr>
        <w:t>（三）使用的电子档案管理系统能够有效接收、管理、利用电子会计档案，符合电子档案的长期保管要求，并建立了电子会计档案与相关联的其他纸质会计档案的检索关系；</w:t>
      </w:r>
    </w:p>
    <w:p>
      <w:pPr>
        <w:spacing w:before="0" w:after="120" w:lineRule="exact" w:line="440"/>
        <w:ind w:firstLine="420"/>
      </w:pPr>
      <w:r>
        <w:rPr>
          <w:rFonts w:ascii="Times New Roman" w:hAnsi="Times New Roman" w:eastAsia="FangSong"/>
          <w:b w:val="0"/>
          <w:i w:val="0"/>
          <w:sz w:val="24"/>
        </w:rPr>
        <w:t>（四）采取有效措施，防止电子会计档案被篡改；</w:t>
      </w:r>
    </w:p>
    <w:p>
      <w:pPr>
        <w:spacing w:before="0" w:after="120" w:lineRule="exact" w:line="440"/>
        <w:ind w:firstLine="420"/>
      </w:pPr>
      <w:r>
        <w:rPr>
          <w:rFonts w:ascii="Times New Roman" w:hAnsi="Times New Roman" w:eastAsia="FangSong"/>
          <w:b w:val="0"/>
          <w:i w:val="0"/>
          <w:sz w:val="24"/>
        </w:rPr>
        <w:t>（五）建立电子会计档案备份制度，能够有效防范自然灾害、意外事故和人为破坏的影响；</w:t>
      </w:r>
    </w:p>
    <w:p>
      <w:pPr>
        <w:spacing w:before="0" w:after="120" w:lineRule="exact" w:line="440"/>
        <w:ind w:firstLine="420"/>
      </w:pPr>
      <w:r>
        <w:rPr>
          <w:rFonts w:ascii="Times New Roman" w:hAnsi="Times New Roman" w:eastAsia="FangSong"/>
          <w:b w:val="0"/>
          <w:i w:val="0"/>
          <w:sz w:val="24"/>
        </w:rPr>
        <w:t>（六）形成的电子会计资料不属于具有永久保存价值或者其他重要保存价值的会计档案。</w:t>
      </w:r>
    </w:p>
    <w:p>
      <w:pPr>
        <w:spacing w:before="0" w:after="120" w:lineRule="exact" w:line="440"/>
        <w:ind w:firstLine="420"/>
      </w:pPr>
      <w:r>
        <w:rPr>
          <w:rFonts w:ascii="Times New Roman" w:hAnsi="Times New Roman" w:eastAsia="FangSong"/>
          <w:b w:val="0"/>
          <w:i w:val="0"/>
          <w:sz w:val="24"/>
        </w:rPr>
        <w:t>第九条　满足本办法第八条规定条件，单位从外部接收的电子会计资料附有符合《中华人民共和国电子签名法》规定的电子签名的，可仅以电子形式归档保存，形成电子会计档案。</w:t>
      </w:r>
    </w:p>
    <w:p>
      <w:pPr>
        <w:spacing w:before="0" w:after="120" w:lineRule="exact" w:line="440"/>
        <w:ind w:firstLine="420"/>
      </w:pPr>
      <w:r>
        <w:rPr>
          <w:rFonts w:ascii="Times New Roman" w:hAnsi="Times New Roman" w:eastAsia="FangSong"/>
          <w:b w:val="0"/>
          <w:i w:val="0"/>
          <w:sz w:val="24"/>
        </w:rPr>
        <w:t>第十条　单位的会计机构或会计人员所属机构（以下统称单位会计管理机构）按照归档范围和归档要求，负责定期将应当归档的会计资料整理立卷，编制会计档案保管清册。</w:t>
      </w:r>
    </w:p>
    <w:p>
      <w:pPr>
        <w:spacing w:before="0" w:after="120" w:lineRule="exact" w:line="440"/>
        <w:ind w:firstLine="420"/>
      </w:pPr>
      <w:r>
        <w:rPr>
          <w:rFonts w:ascii="Times New Roman" w:hAnsi="Times New Roman" w:eastAsia="FangSong"/>
          <w:b w:val="0"/>
          <w:i w:val="0"/>
          <w:sz w:val="24"/>
        </w:rPr>
        <w:t>第十一条　当年形成的会计档案，在会计年度终了后，可由单位会计管理机构临时保管一年，再移交单位档案管理机构保管。因工作需要确需推迟移交的，应当经单位档案管理机构同意。</w:t>
      </w:r>
    </w:p>
    <w:p>
      <w:pPr>
        <w:spacing w:before="0" w:after="120" w:lineRule="exact" w:line="440"/>
        <w:ind w:firstLine="420"/>
      </w:pPr>
      <w:r>
        <w:rPr>
          <w:rFonts w:ascii="Times New Roman" w:hAnsi="Times New Roman" w:eastAsia="FangSong"/>
          <w:b w:val="0"/>
          <w:i w:val="0"/>
          <w:sz w:val="24"/>
        </w:rPr>
        <w:t>单位会计管理机构临时保管会计档案最长不超过三年。临时保管期间，会计档案的保管应当符合国家档案管理的有关规定，且出纳人员不得兼管会计档案。</w:t>
      </w:r>
    </w:p>
    <w:p>
      <w:pPr>
        <w:spacing w:before="0" w:after="120" w:lineRule="exact" w:line="440"/>
        <w:ind w:firstLine="420"/>
      </w:pPr>
      <w:r>
        <w:rPr>
          <w:rFonts w:ascii="Times New Roman" w:hAnsi="Times New Roman" w:eastAsia="FangSong"/>
          <w:b w:val="0"/>
          <w:i w:val="0"/>
          <w:sz w:val="24"/>
        </w:rPr>
        <w:t>第十二条　单位会计管理机构在办理会计档案移交时，应当编制会计档案移交清册，并按照国家档案管理的有关规定办理移交手续。</w:t>
      </w:r>
    </w:p>
    <w:p>
      <w:pPr>
        <w:spacing w:before="0" w:after="120" w:lineRule="exact" w:line="440"/>
        <w:ind w:firstLine="420"/>
      </w:pPr>
      <w:r>
        <w:rPr>
          <w:rFonts w:ascii="Times New Roman" w:hAnsi="Times New Roman" w:eastAsia="FangSong"/>
          <w:b w:val="0"/>
          <w:i w:val="0"/>
          <w:sz w:val="24"/>
        </w:rPr>
        <w:t>纸质会计档案移交时应当保持原卷的封装。电子会计档案移交时应当将电子会计档案及其元数据一并移交，且文件格式应当符合国家档案管理的有关规定。特殊格式的电子会计档案应当与其读取平台一并移交。</w:t>
      </w:r>
    </w:p>
    <w:p>
      <w:pPr>
        <w:spacing w:before="0" w:after="120" w:lineRule="exact" w:line="440"/>
        <w:ind w:firstLine="420"/>
      </w:pPr>
      <w:r>
        <w:rPr>
          <w:rFonts w:ascii="Times New Roman" w:hAnsi="Times New Roman" w:eastAsia="FangSong"/>
          <w:b w:val="0"/>
          <w:i w:val="0"/>
          <w:sz w:val="24"/>
        </w:rPr>
        <w:t>单位档案管理机构接收电子会计档案时，应当对电子会计档案的准确性、完整性、可用性、安全性进行检测，符合要求的才能接收。</w:t>
      </w:r>
    </w:p>
    <w:p>
      <w:pPr>
        <w:spacing w:before="0" w:after="120" w:lineRule="exact" w:line="440"/>
        <w:ind w:firstLine="420"/>
      </w:pPr>
      <w:r>
        <w:rPr>
          <w:rFonts w:ascii="Times New Roman" w:hAnsi="Times New Roman" w:eastAsia="FangSong"/>
          <w:b w:val="0"/>
          <w:i w:val="0"/>
          <w:sz w:val="24"/>
        </w:rPr>
        <w:t>第十三条　单位应当严格按照相关制度利用会计档案，在进行会计档案查阅、复制、借出时履行登记手续，严禁篡改和损坏。</w:t>
      </w:r>
    </w:p>
    <w:p>
      <w:pPr>
        <w:spacing w:before="0" w:after="120" w:lineRule="exact" w:line="440"/>
        <w:ind w:firstLine="420"/>
      </w:pPr>
      <w:r>
        <w:rPr>
          <w:rFonts w:ascii="Times New Roman" w:hAnsi="Times New Roman" w:eastAsia="FangSong"/>
          <w:b w:val="0"/>
          <w:i w:val="0"/>
          <w:sz w:val="24"/>
        </w:rPr>
        <w:t>单位保存的会计档案一般不得对外借出。确因工作需要且根据国家有关规定必须借出的，应当严格按照规定办理相关手续。</w:t>
      </w:r>
    </w:p>
    <w:p>
      <w:pPr>
        <w:spacing w:before="0" w:after="120" w:lineRule="exact" w:line="440"/>
        <w:ind w:firstLine="420"/>
      </w:pPr>
      <w:r>
        <w:rPr>
          <w:rFonts w:ascii="Times New Roman" w:hAnsi="Times New Roman" w:eastAsia="FangSong"/>
          <w:b w:val="0"/>
          <w:i w:val="0"/>
          <w:sz w:val="24"/>
        </w:rPr>
        <w:t>会计档案借用单位应当妥善保管和利用借入的会计档案，确保借入会计档案的安全完整，并在规定时间内归还。</w:t>
      </w:r>
    </w:p>
    <w:p>
      <w:pPr>
        <w:spacing w:before="0" w:after="120" w:lineRule="exact" w:line="440"/>
        <w:ind w:firstLine="420"/>
      </w:pPr>
      <w:r>
        <w:rPr>
          <w:rFonts w:ascii="Times New Roman" w:hAnsi="Times New Roman" w:eastAsia="FangSong"/>
          <w:b w:val="0"/>
          <w:i w:val="0"/>
          <w:sz w:val="24"/>
        </w:rPr>
        <w:t>第十四条　会计档案的保管期限分为永久、定期两类。定期保管期限一般分为10年和30年。</w:t>
      </w:r>
    </w:p>
    <w:p>
      <w:pPr>
        <w:spacing w:before="0" w:after="120" w:lineRule="exact" w:line="440"/>
        <w:ind w:firstLine="420"/>
      </w:pPr>
      <w:r>
        <w:rPr>
          <w:rFonts w:ascii="Times New Roman" w:hAnsi="Times New Roman" w:eastAsia="FangSong"/>
          <w:b w:val="0"/>
          <w:i w:val="0"/>
          <w:sz w:val="24"/>
        </w:rPr>
        <w:t>会计档案的保管期限，从会计年度终了后的第一天算起。</w:t>
      </w:r>
    </w:p>
    <w:p>
      <w:pPr>
        <w:spacing w:before="0" w:after="120" w:lineRule="exact" w:line="440"/>
        <w:ind w:firstLine="420"/>
      </w:pPr>
      <w:r>
        <w:rPr>
          <w:rFonts w:ascii="Times New Roman" w:hAnsi="Times New Roman" w:eastAsia="FangSong"/>
          <w:b w:val="0"/>
          <w:i w:val="0"/>
          <w:sz w:val="24"/>
        </w:rPr>
        <w:t>第十五条　各类会计档案的保管期限原则上应当按照本办法附表执行，本办法规定的会计档案保管期限为最低保管期限。</w:t>
      </w:r>
    </w:p>
    <w:p>
      <w:pPr>
        <w:spacing w:before="0" w:after="120" w:lineRule="exact" w:line="440"/>
        <w:ind w:firstLine="420"/>
      </w:pPr>
      <w:r>
        <w:rPr>
          <w:rFonts w:ascii="Times New Roman" w:hAnsi="Times New Roman" w:eastAsia="FangSong"/>
          <w:b w:val="0"/>
          <w:i w:val="0"/>
          <w:sz w:val="24"/>
        </w:rPr>
        <w:t>单位会计档案的具体名称如有同本办法附表所列档案名称不相符的，应当比照类似档案的保管期限办理。</w:t>
      </w:r>
    </w:p>
    <w:p>
      <w:pPr>
        <w:spacing w:before="0" w:after="120" w:lineRule="exact" w:line="440"/>
        <w:ind w:firstLine="420"/>
      </w:pPr>
      <w:r>
        <w:rPr>
          <w:rFonts w:ascii="Times New Roman" w:hAnsi="Times New Roman" w:eastAsia="FangSong"/>
          <w:b w:val="0"/>
          <w:i w:val="0"/>
          <w:sz w:val="24"/>
        </w:rPr>
        <w:t>第十六条　单位应当定期对已到保管期限的会计档案进行鉴定，并形成会计档案鉴定意见书。经鉴定，仍需继续保存的会计档案，应当重新划定保管期限；对保管期满，确无保存价值的会计档案，可以销毁。</w:t>
      </w:r>
    </w:p>
    <w:p>
      <w:pPr>
        <w:spacing w:before="0" w:after="120" w:lineRule="exact" w:line="440"/>
        <w:ind w:firstLine="420"/>
      </w:pPr>
      <w:r>
        <w:rPr>
          <w:rFonts w:ascii="Times New Roman" w:hAnsi="Times New Roman" w:eastAsia="FangSong"/>
          <w:b w:val="0"/>
          <w:i w:val="0"/>
          <w:sz w:val="24"/>
        </w:rPr>
        <w:t>第十七条　会计档案鉴定工作应当由单位档案管理机构牵头，组织单位会计、审计、纪检监察等机构或人员共同进行。</w:t>
      </w:r>
    </w:p>
    <w:p>
      <w:pPr>
        <w:spacing w:before="0" w:after="120" w:lineRule="exact" w:line="440"/>
        <w:ind w:firstLine="420"/>
      </w:pPr>
      <w:r>
        <w:rPr>
          <w:rFonts w:ascii="Times New Roman" w:hAnsi="Times New Roman" w:eastAsia="FangSong"/>
          <w:b w:val="0"/>
          <w:i w:val="0"/>
          <w:sz w:val="24"/>
        </w:rPr>
        <w:t>第十八条　经鉴定可以销毁的会计档案，应当按照以下程序销毁：</w:t>
      </w:r>
    </w:p>
    <w:p>
      <w:pPr>
        <w:spacing w:before="0" w:after="120" w:lineRule="exact" w:line="440"/>
        <w:ind w:firstLine="420"/>
      </w:pPr>
      <w:r>
        <w:rPr>
          <w:rFonts w:ascii="Times New Roman" w:hAnsi="Times New Roman" w:eastAsia="FangSong"/>
          <w:b w:val="0"/>
          <w:i w:val="0"/>
          <w:sz w:val="24"/>
        </w:rPr>
        <w:t>（一）单位档案管理机构编制会计档案销毁清册，列明拟销毁会计档案的名称、卷号、册数、起止年度、档案编号、应保管期限、已保管期限和销毁时间等内容。</w:t>
      </w:r>
    </w:p>
    <w:p>
      <w:pPr>
        <w:spacing w:before="0" w:after="120" w:lineRule="exact" w:line="440"/>
        <w:ind w:firstLine="420"/>
      </w:pPr>
      <w:r>
        <w:rPr>
          <w:rFonts w:ascii="Times New Roman" w:hAnsi="Times New Roman" w:eastAsia="FangSong"/>
          <w:b w:val="0"/>
          <w:i w:val="0"/>
          <w:sz w:val="24"/>
        </w:rPr>
        <w:t>（二）单位负责人、档案管理机构负责人、会计管理机构负责人、档案管理机构经办人、会计管理机构经办人在会计档案销毁清册上签署意见。</w:t>
      </w:r>
    </w:p>
    <w:p>
      <w:pPr>
        <w:spacing w:before="0" w:after="120" w:lineRule="exact" w:line="440"/>
        <w:ind w:firstLine="420"/>
      </w:pPr>
      <w:r>
        <w:rPr>
          <w:rFonts w:ascii="Times New Roman" w:hAnsi="Times New Roman" w:eastAsia="FangSong"/>
          <w:b w:val="0"/>
          <w:i w:val="0"/>
          <w:sz w:val="24"/>
        </w:rPr>
        <w:t>（三）单位档案管理机构负责组织会计档案销毁工作，并与会计管理机构共同派员监销。监销人在会计档案销毁前，应当按照会计档案销毁清册所列内容进行清点核对；在会计档案销毁后，应当在会计档案销毁清册上签名或盖章。</w:t>
      </w:r>
    </w:p>
    <w:p>
      <w:pPr>
        <w:spacing w:before="0" w:after="120" w:lineRule="exact" w:line="440"/>
        <w:ind w:firstLine="420"/>
      </w:pPr>
      <w:r>
        <w:rPr>
          <w:rFonts w:ascii="Times New Roman" w:hAnsi="Times New Roman" w:eastAsia="FangSong"/>
          <w:b w:val="0"/>
          <w:i w:val="0"/>
          <w:sz w:val="24"/>
        </w:rPr>
        <w:t>电子会计档案的销毁还应当符合国家有关电子档案的规定，并由单位档案管理机构、会计管理机构和信息系统管理机构共同派员监销。</w:t>
      </w:r>
    </w:p>
    <w:p>
      <w:pPr>
        <w:spacing w:before="0" w:after="120" w:lineRule="exact" w:line="440"/>
        <w:ind w:firstLine="420"/>
      </w:pPr>
      <w:r>
        <w:rPr>
          <w:rFonts w:ascii="Times New Roman" w:hAnsi="Times New Roman" w:eastAsia="FangSong"/>
          <w:b w:val="0"/>
          <w:i w:val="0"/>
          <w:sz w:val="24"/>
        </w:rPr>
        <w:t>第十九条　保管期满但未结清的债权债务会计凭证和涉及其他未了事项的会计凭证不得销毁，纸质会计档案应当单独抽出立卷，电子会计档案单独转存，保管到未了事项完结时为止。</w:t>
      </w:r>
    </w:p>
    <w:p>
      <w:pPr>
        <w:spacing w:before="0" w:after="120" w:lineRule="exact" w:line="440"/>
        <w:ind w:firstLine="420"/>
      </w:pPr>
      <w:r>
        <w:rPr>
          <w:rFonts w:ascii="Times New Roman" w:hAnsi="Times New Roman" w:eastAsia="FangSong"/>
          <w:b w:val="0"/>
          <w:i w:val="0"/>
          <w:sz w:val="24"/>
        </w:rPr>
        <w:t>单独抽出立卷或转存的会计档案，应当在会计档案鉴定意见书、会计档案销毁清册和会计档案保管清册中列明。</w:t>
      </w:r>
    </w:p>
    <w:p>
      <w:pPr>
        <w:spacing w:before="0" w:after="120" w:lineRule="exact" w:line="440"/>
        <w:ind w:firstLine="420"/>
      </w:pPr>
      <w:r>
        <w:rPr>
          <w:rFonts w:ascii="Times New Roman" w:hAnsi="Times New Roman" w:eastAsia="FangSong"/>
          <w:b w:val="0"/>
          <w:i w:val="0"/>
          <w:sz w:val="24"/>
        </w:rPr>
        <w:t>第二十条　单位因撤销、解散、破产或其他原因而终止的，在终止或办理注销登记手续之前形成的会计档案，按照国家档案管理的有关规定处置。</w:t>
      </w:r>
    </w:p>
    <w:p>
      <w:pPr>
        <w:spacing w:before="0" w:after="120" w:lineRule="exact" w:line="440"/>
        <w:ind w:firstLine="420"/>
      </w:pPr>
      <w:r>
        <w:rPr>
          <w:rFonts w:ascii="Times New Roman" w:hAnsi="Times New Roman" w:eastAsia="FangSong"/>
          <w:b w:val="0"/>
          <w:i w:val="0"/>
          <w:sz w:val="24"/>
        </w:rPr>
        <w:t>第二十一条　单位分立后原单位存续的，其会计档案应当由分立后的存续方统一保管，其他方可以查阅、复制与其业务相关的会计档案。</w:t>
      </w:r>
    </w:p>
    <w:p>
      <w:pPr>
        <w:spacing w:before="0" w:after="120" w:lineRule="exact" w:line="440"/>
        <w:ind w:firstLine="420"/>
      </w:pPr>
      <w:r>
        <w:rPr>
          <w:rFonts w:ascii="Times New Roman" w:hAnsi="Times New Roman" w:eastAsia="FangSong"/>
          <w:b w:val="0"/>
          <w:i w:val="0"/>
          <w:sz w:val="24"/>
        </w:rPr>
        <w:t>单位分立后原单位解散的，其会计档案应当经各方协商后由其中一方代管或按照国家档案管理的有关规定处置，各方可以查阅、复制与其业务相关的会计档案。</w:t>
      </w:r>
    </w:p>
    <w:p>
      <w:pPr>
        <w:spacing w:before="0" w:after="120" w:lineRule="exact" w:line="440"/>
        <w:ind w:firstLine="420"/>
      </w:pPr>
      <w:r>
        <w:rPr>
          <w:rFonts w:ascii="Times New Roman" w:hAnsi="Times New Roman" w:eastAsia="FangSong"/>
          <w:b w:val="0"/>
          <w:i w:val="0"/>
          <w:sz w:val="24"/>
        </w:rPr>
        <w:t>单位分立中未结清的会计事项所涉及的会计凭证，应当单独抽出由业务相关方保存，并按照规定办理交接手续。</w:t>
      </w:r>
    </w:p>
    <w:p>
      <w:pPr>
        <w:spacing w:before="0" w:after="120" w:lineRule="exact" w:line="440"/>
        <w:ind w:firstLine="420"/>
      </w:pPr>
      <w:r>
        <w:rPr>
          <w:rFonts w:ascii="Times New Roman" w:hAnsi="Times New Roman" w:eastAsia="FangSong"/>
          <w:b w:val="0"/>
          <w:i w:val="0"/>
          <w:sz w:val="24"/>
        </w:rPr>
        <w:t>单位因业务移交其他单位办理所涉及的会计档案，应当由原单位保管，承接业务单位可以查阅、复制与其业务相关的会计档案。对其中未结清的会计事项所涉及的会计凭证，应当单独抽出由承接业务单位保存，并按照规定办理交接手续。</w:t>
      </w:r>
    </w:p>
    <w:p>
      <w:pPr>
        <w:spacing w:before="0" w:after="120" w:lineRule="exact" w:line="440"/>
        <w:ind w:firstLine="420"/>
      </w:pPr>
      <w:r>
        <w:rPr>
          <w:rFonts w:ascii="Times New Roman" w:hAnsi="Times New Roman" w:eastAsia="FangSong"/>
          <w:b w:val="0"/>
          <w:i w:val="0"/>
          <w:sz w:val="24"/>
        </w:rPr>
        <w:t>第二十二条　单位合并后原各单位解散或者一方存续其他方解散的，原各单位的会计档案应当由合并后的单位统一保管。单位合并后原各单位仍存续的，其会计档案仍应当由原各单位保管。</w:t>
      </w:r>
    </w:p>
    <w:p>
      <w:pPr>
        <w:spacing w:before="0" w:after="120" w:lineRule="exact" w:line="440"/>
        <w:ind w:firstLine="420"/>
      </w:pPr>
      <w:r>
        <w:rPr>
          <w:rFonts w:ascii="Times New Roman" w:hAnsi="Times New Roman" w:eastAsia="FangSong"/>
          <w:b w:val="0"/>
          <w:i w:val="0"/>
          <w:sz w:val="24"/>
        </w:rPr>
        <w:t>第二十三条　建设单位在项目建设期间形成的会计档案，需要移交给建设项目接受单位的，应当在办理竣工财务决算后及时移交，并按照规定办理交接手续。</w:t>
      </w:r>
    </w:p>
    <w:p>
      <w:pPr>
        <w:spacing w:before="0" w:after="120" w:lineRule="exact" w:line="440"/>
        <w:ind w:firstLine="420"/>
      </w:pPr>
      <w:r>
        <w:rPr>
          <w:rFonts w:ascii="Times New Roman" w:hAnsi="Times New Roman" w:eastAsia="FangSong"/>
          <w:b w:val="0"/>
          <w:i w:val="0"/>
          <w:sz w:val="24"/>
        </w:rPr>
        <w:t>第二十四条　单位之间交接会计档案时，交接双方应当办理会计档案交接手续。</w:t>
      </w:r>
    </w:p>
    <w:p>
      <w:pPr>
        <w:spacing w:before="0" w:after="120" w:lineRule="exact" w:line="440"/>
        <w:ind w:firstLine="420"/>
      </w:pPr>
      <w:r>
        <w:rPr>
          <w:rFonts w:ascii="Times New Roman" w:hAnsi="Times New Roman" w:eastAsia="FangSong"/>
          <w:b w:val="0"/>
          <w:i w:val="0"/>
          <w:sz w:val="24"/>
        </w:rPr>
        <w:t>移交会计档案的单位，应当编制会计档案移交清册，列明应当移交的会计档案名称、卷号、册数、起止年度、档案编号、应保管期限和已保管期限等内容。</w:t>
      </w:r>
    </w:p>
    <w:p>
      <w:pPr>
        <w:spacing w:before="0" w:after="120" w:lineRule="exact" w:line="440"/>
        <w:ind w:firstLine="420"/>
      </w:pPr>
      <w:r>
        <w:rPr>
          <w:rFonts w:ascii="Times New Roman" w:hAnsi="Times New Roman" w:eastAsia="FangSong"/>
          <w:b w:val="0"/>
          <w:i w:val="0"/>
          <w:sz w:val="24"/>
        </w:rPr>
        <w:t>交接会计档案时，交接双方应当按照会计档案移交清册所列内容逐项交接，并由交接双方的单位有关负责人负责监督。交接完毕后，交接双方经办人和监督人应当在会计档案移交清册上签名或盖章。</w:t>
      </w:r>
    </w:p>
    <w:p>
      <w:pPr>
        <w:spacing w:before="0" w:after="120" w:lineRule="exact" w:line="440"/>
        <w:ind w:firstLine="420"/>
      </w:pPr>
      <w:r>
        <w:rPr>
          <w:rFonts w:ascii="Times New Roman" w:hAnsi="Times New Roman" w:eastAsia="FangSong"/>
          <w:b w:val="0"/>
          <w:i w:val="0"/>
          <w:sz w:val="24"/>
        </w:rPr>
        <w:t>电子会计档案应当与其元数据一并移交，特殊格式的电子会计档案应当与其读取平台一并移交。档案接受单位应当对保存电子会计档案的载体及其技术环境进行检验，确保所接收电子会计档案的准确、完整、可用和安全。</w:t>
      </w:r>
    </w:p>
    <w:p>
      <w:pPr>
        <w:spacing w:before="0" w:after="120" w:lineRule="exact" w:line="440"/>
        <w:ind w:firstLine="420"/>
      </w:pPr>
      <w:r>
        <w:rPr>
          <w:rFonts w:ascii="Times New Roman" w:hAnsi="Times New Roman" w:eastAsia="FangSong"/>
          <w:b w:val="0"/>
          <w:i w:val="0"/>
          <w:sz w:val="24"/>
        </w:rPr>
        <w:t>第二十五条　单位的会计档案及其复制件需要携带、寄运或者传输至境外的，应当按照国家有关规定执行。</w:t>
      </w:r>
    </w:p>
    <w:p>
      <w:pPr>
        <w:spacing w:before="0" w:after="120" w:lineRule="exact" w:line="440"/>
        <w:ind w:firstLine="420"/>
      </w:pPr>
      <w:r>
        <w:rPr>
          <w:rFonts w:ascii="Times New Roman" w:hAnsi="Times New Roman" w:eastAsia="FangSong"/>
          <w:b w:val="0"/>
          <w:i w:val="0"/>
          <w:sz w:val="24"/>
        </w:rPr>
        <w:t>第二十六条　单位委托中介机构代理记账的，应当在签订的书面委托合同中，明确会计档案的管理要求及相应责任。</w:t>
      </w:r>
    </w:p>
    <w:p>
      <w:pPr>
        <w:spacing w:before="0" w:after="120" w:lineRule="exact" w:line="440"/>
        <w:ind w:firstLine="420"/>
      </w:pPr>
      <w:r>
        <w:rPr>
          <w:rFonts w:ascii="Times New Roman" w:hAnsi="Times New Roman" w:eastAsia="FangSong"/>
          <w:b w:val="0"/>
          <w:i w:val="0"/>
          <w:sz w:val="24"/>
        </w:rPr>
        <w:t>第二十七条　违反本办法规定的单位和个人，由县级以上人民政府财政部门、档案行政管理部门依据《中华人民共和国会计法》《中华人民共和国档案法》等法律法规处理处罚。</w:t>
      </w:r>
    </w:p>
    <w:p>
      <w:pPr>
        <w:spacing w:before="0" w:after="120" w:lineRule="exact" w:line="440"/>
        <w:ind w:firstLine="420"/>
      </w:pPr>
      <w:r>
        <w:rPr>
          <w:rFonts w:ascii="Times New Roman" w:hAnsi="Times New Roman" w:eastAsia="FangSong"/>
          <w:b w:val="0"/>
          <w:i w:val="0"/>
          <w:sz w:val="24"/>
        </w:rPr>
        <w:t>第二十八条　预算、计划、制度等文件材料，应当执行文书档案管理规定，不适用本办法。</w:t>
      </w:r>
    </w:p>
    <w:p>
      <w:pPr>
        <w:spacing w:before="0" w:after="120" w:lineRule="exact" w:line="440"/>
        <w:ind w:firstLine="420"/>
      </w:pPr>
      <w:r>
        <w:rPr>
          <w:rFonts w:ascii="Times New Roman" w:hAnsi="Times New Roman" w:eastAsia="FangSong"/>
          <w:b w:val="0"/>
          <w:i w:val="0"/>
          <w:sz w:val="24"/>
        </w:rPr>
        <w:t>第二十九条　不具备设立档案机构或配备档案工作人员条件的单位和依法建账的个体工商户，其会计档案的收集、整理、保管、利用和鉴定销毁等参照本办法执行。</w:t>
      </w:r>
    </w:p>
    <w:p>
      <w:pPr>
        <w:spacing w:before="0" w:after="120" w:lineRule="exact" w:line="440"/>
        <w:ind w:firstLine="420"/>
      </w:pPr>
      <w:r>
        <w:rPr>
          <w:rFonts w:ascii="Times New Roman" w:hAnsi="Times New Roman" w:eastAsia="FangSong"/>
          <w:b w:val="0"/>
          <w:i w:val="0"/>
          <w:sz w:val="24"/>
        </w:rPr>
        <w:t>第三十条　各省、自治区、直辖市、计划单列市人民政府财政部门、档案行政管理部门，新疆生产建设兵团财务局、档案局，国务院各业务主管部门，中国人民解放军总后勤部，可以根据本办法制定具体实施办法。</w:t>
      </w:r>
    </w:p>
    <w:p>
      <w:pPr>
        <w:spacing w:before="0" w:after="120" w:lineRule="exact" w:line="440"/>
        <w:ind w:firstLine="420"/>
      </w:pPr>
      <w:r>
        <w:rPr>
          <w:rFonts w:ascii="Times New Roman" w:hAnsi="Times New Roman" w:eastAsia="FangSong"/>
          <w:b w:val="0"/>
          <w:i w:val="0"/>
          <w:sz w:val="24"/>
        </w:rPr>
        <w:t>第三十一条　本办法由财政部、国家档案局负责解释，自2016年1月1日起施行。1998年8月21日财政部、国家档案局发布的《会计档案管理办法》（财会字〔1998〕32号）同时废止。</w:t>
      </w:r>
    </w:p>
    <w:p>
      <w:pPr>
        <w:spacing w:before="240" w:after="120" w:lineRule="exact" w:line="480"/>
        <w:ind w:firstLine="0"/>
      </w:pPr>
      <w:r>
        <w:rPr>
          <w:rFonts w:ascii="Times New Roman" w:hAnsi="Times New Roman" w:eastAsia="SimHei"/>
          <w:b/>
          <w:i w:val="0"/>
          <w:sz w:val="32"/>
        </w:rPr>
        <w:t>附表1　企业和其他组织会计档案保管期限表</w:t>
      </w:r>
    </w:p>
    <w:tbl>
      <w:tblPr>
        <w:tblStyle w:val="TableGrid"/>
        <w:tblW w:type="auto" w:w="0"/>
        <w:jc w:val="center"/>
        <w:tblLook w:firstColumn="1" w:firstRow="1" w:lastColumn="0" w:lastRow="0" w:noHBand="0" w:noVBand="1" w:val="04A0"/>
      </w:tblPr>
      <w:tblGrid>
        <w:gridCol w:w="2239"/>
        <w:gridCol w:w="2239"/>
        <w:gridCol w:w="2239"/>
        <w:gridCol w:w="2239"/>
      </w:tblGrid>
      <w:tr>
        <w:tc>
          <w:tcPr>
            <w:tcW w:type="dxa" w:w="2239"/>
          </w:tcPr>
          <w:p>
            <w:pPr>
              <w:spacing w:before="40" w:after="40" w:lineRule="exact" w:line="320"/>
              <w:ind w:firstLine="0"/>
            </w:pPr>
            <w:r/>
            <w:r>
              <w:rPr>
                <w:rFonts w:ascii="Times New Roman" w:hAnsi="Times New Roman" w:eastAsia="SimSun"/>
                <w:b/>
                <w:i w:val="0"/>
                <w:sz w:val="18"/>
              </w:rPr>
              <w:t>序号</w:t>
            </w:r>
          </w:p>
        </w:tc>
        <w:tc>
          <w:tcPr>
            <w:tcW w:type="dxa" w:w="2239"/>
          </w:tcPr>
          <w:p>
            <w:pPr>
              <w:spacing w:before="40" w:after="40" w:lineRule="exact" w:line="320"/>
              <w:ind w:firstLine="0"/>
            </w:pPr>
            <w:r/>
            <w:r>
              <w:rPr>
                <w:rFonts w:ascii="Times New Roman" w:hAnsi="Times New Roman" w:eastAsia="SimSun"/>
                <w:b/>
                <w:i w:val="0"/>
                <w:sz w:val="18"/>
              </w:rPr>
              <w:t>档案名称</w:t>
            </w:r>
          </w:p>
        </w:tc>
        <w:tc>
          <w:tcPr>
            <w:tcW w:type="dxa" w:w="2239"/>
          </w:tcPr>
          <w:p>
            <w:pPr>
              <w:spacing w:before="40" w:after="40" w:lineRule="exact" w:line="320"/>
              <w:ind w:firstLine="0"/>
            </w:pPr>
            <w:r/>
            <w:r>
              <w:rPr>
                <w:rFonts w:ascii="Times New Roman" w:hAnsi="Times New Roman" w:eastAsia="SimSun"/>
                <w:b/>
                <w:i w:val="0"/>
                <w:sz w:val="18"/>
              </w:rPr>
              <w:t>保管期限</w:t>
            </w:r>
          </w:p>
        </w:tc>
        <w:tc>
          <w:tcPr>
            <w:tcW w:type="dxa" w:w="2239"/>
          </w:tcPr>
          <w:p>
            <w:pPr>
              <w:spacing w:before="40" w:after="40" w:lineRule="exact" w:line="320"/>
              <w:ind w:firstLine="0"/>
            </w:pPr>
            <w:r/>
            <w:r>
              <w:rPr>
                <w:rFonts w:ascii="Times New Roman" w:hAnsi="Times New Roman" w:eastAsia="SimSun"/>
                <w:b/>
                <w:i w:val="0"/>
                <w:sz w:val="18"/>
              </w:rPr>
              <w:t>备注</w:t>
            </w:r>
          </w:p>
        </w:tc>
      </w:tr>
      <w:tr>
        <w:tc>
          <w:tcPr>
            <w:tcW w:type="dxa" w:w="2239"/>
          </w:tcPr>
          <w:p>
            <w:pPr>
              <w:spacing w:before="40" w:after="40" w:lineRule="exact" w:line="320"/>
              <w:ind w:firstLine="0"/>
            </w:pPr>
            <w:r/>
            <w:r>
              <w:rPr>
                <w:rFonts w:ascii="Times New Roman" w:hAnsi="Times New Roman" w:eastAsia="SimSun"/>
                <w:b w:val="0"/>
                <w:i w:val="0"/>
                <w:sz w:val="18"/>
              </w:rPr>
              <w:t>一</w:t>
            </w:r>
          </w:p>
        </w:tc>
        <w:tc>
          <w:tcPr>
            <w:tcW w:type="dxa" w:w="2239"/>
          </w:tcPr>
          <w:p>
            <w:pPr>
              <w:spacing w:before="40" w:after="40" w:lineRule="exact" w:line="320"/>
              <w:ind w:firstLine="0"/>
            </w:pPr>
            <w:r/>
            <w:r>
              <w:rPr>
                <w:rFonts w:ascii="Times New Roman" w:hAnsi="Times New Roman" w:eastAsia="SimSun"/>
                <w:b w:val="0"/>
                <w:i w:val="0"/>
                <w:sz w:val="18"/>
              </w:rPr>
              <w:t>会计凭证</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1</w:t>
            </w:r>
          </w:p>
        </w:tc>
        <w:tc>
          <w:tcPr>
            <w:tcW w:type="dxa" w:w="2239"/>
          </w:tcPr>
          <w:p>
            <w:pPr>
              <w:spacing w:before="40" w:after="40" w:lineRule="exact" w:line="320"/>
              <w:ind w:firstLine="0"/>
            </w:pPr>
            <w:r/>
            <w:r>
              <w:rPr>
                <w:rFonts w:ascii="Times New Roman" w:hAnsi="Times New Roman" w:eastAsia="SimSun"/>
                <w:b w:val="0"/>
                <w:i w:val="0"/>
                <w:sz w:val="18"/>
              </w:rPr>
              <w:t>原始凭证</w:t>
            </w:r>
          </w:p>
        </w:tc>
        <w:tc>
          <w:tcPr>
            <w:tcW w:type="dxa" w:w="2239"/>
          </w:tcPr>
          <w:p>
            <w:pPr>
              <w:spacing w:before="40" w:after="40" w:lineRule="exact" w:line="320"/>
              <w:ind w:firstLine="0"/>
            </w:pPr>
            <w:r/>
            <w:r>
              <w:rPr>
                <w:rFonts w:ascii="Times New Roman" w:hAnsi="Times New Roman" w:eastAsia="SimSun"/>
                <w:b w:val="0"/>
                <w:i w:val="0"/>
                <w:sz w:val="18"/>
              </w:rPr>
              <w:t>30年</w:t>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2</w:t>
            </w:r>
          </w:p>
        </w:tc>
        <w:tc>
          <w:tcPr>
            <w:tcW w:type="dxa" w:w="2239"/>
          </w:tcPr>
          <w:p>
            <w:pPr>
              <w:spacing w:before="40" w:after="40" w:lineRule="exact" w:line="320"/>
              <w:ind w:firstLine="0"/>
            </w:pPr>
            <w:r/>
            <w:r>
              <w:rPr>
                <w:rFonts w:ascii="Times New Roman" w:hAnsi="Times New Roman" w:eastAsia="SimSun"/>
                <w:b w:val="0"/>
                <w:i w:val="0"/>
                <w:sz w:val="18"/>
              </w:rPr>
              <w:t>记账凭证</w:t>
            </w:r>
          </w:p>
        </w:tc>
        <w:tc>
          <w:tcPr>
            <w:tcW w:type="dxa" w:w="2239"/>
          </w:tcPr>
          <w:p>
            <w:pPr>
              <w:spacing w:before="40" w:after="40" w:lineRule="exact" w:line="320"/>
              <w:ind w:firstLine="0"/>
            </w:pPr>
            <w:r/>
            <w:r>
              <w:rPr>
                <w:rFonts w:ascii="Times New Roman" w:hAnsi="Times New Roman" w:eastAsia="SimSun"/>
                <w:b w:val="0"/>
                <w:i w:val="0"/>
                <w:sz w:val="18"/>
              </w:rPr>
              <w:t>30年</w:t>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二</w:t>
            </w:r>
          </w:p>
        </w:tc>
        <w:tc>
          <w:tcPr>
            <w:tcW w:type="dxa" w:w="2239"/>
          </w:tcPr>
          <w:p>
            <w:pPr>
              <w:spacing w:before="40" w:after="40" w:lineRule="exact" w:line="320"/>
              <w:ind w:firstLine="0"/>
            </w:pPr>
            <w:r/>
            <w:r>
              <w:rPr>
                <w:rFonts w:ascii="Times New Roman" w:hAnsi="Times New Roman" w:eastAsia="SimSun"/>
                <w:b w:val="0"/>
                <w:i w:val="0"/>
                <w:sz w:val="18"/>
              </w:rPr>
              <w:t>会计账簿</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3</w:t>
            </w:r>
          </w:p>
        </w:tc>
        <w:tc>
          <w:tcPr>
            <w:tcW w:type="dxa" w:w="2239"/>
          </w:tcPr>
          <w:p>
            <w:pPr>
              <w:spacing w:before="40" w:after="40" w:lineRule="exact" w:line="320"/>
              <w:ind w:firstLine="0"/>
            </w:pPr>
            <w:r/>
            <w:r>
              <w:rPr>
                <w:rFonts w:ascii="Times New Roman" w:hAnsi="Times New Roman" w:eastAsia="SimSun"/>
                <w:b w:val="0"/>
                <w:i w:val="0"/>
                <w:sz w:val="18"/>
              </w:rPr>
              <w:t>总账</w:t>
            </w:r>
          </w:p>
        </w:tc>
        <w:tc>
          <w:tcPr>
            <w:tcW w:type="dxa" w:w="2239"/>
          </w:tcPr>
          <w:p>
            <w:pPr>
              <w:spacing w:before="40" w:after="40" w:lineRule="exact" w:line="320"/>
              <w:ind w:firstLine="0"/>
            </w:pPr>
            <w:r/>
            <w:r>
              <w:rPr>
                <w:rFonts w:ascii="Times New Roman" w:hAnsi="Times New Roman" w:eastAsia="SimSun"/>
                <w:b w:val="0"/>
                <w:i w:val="0"/>
                <w:sz w:val="18"/>
              </w:rPr>
              <w:t>30年</w:t>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4</w:t>
            </w:r>
          </w:p>
        </w:tc>
        <w:tc>
          <w:tcPr>
            <w:tcW w:type="dxa" w:w="2239"/>
          </w:tcPr>
          <w:p>
            <w:pPr>
              <w:spacing w:before="40" w:after="40" w:lineRule="exact" w:line="320"/>
              <w:ind w:firstLine="0"/>
            </w:pPr>
            <w:r/>
            <w:r>
              <w:rPr>
                <w:rFonts w:ascii="Times New Roman" w:hAnsi="Times New Roman" w:eastAsia="SimSun"/>
                <w:b w:val="0"/>
                <w:i w:val="0"/>
                <w:sz w:val="18"/>
              </w:rPr>
              <w:t>明细账</w:t>
            </w:r>
          </w:p>
        </w:tc>
        <w:tc>
          <w:tcPr>
            <w:tcW w:type="dxa" w:w="2239"/>
          </w:tcPr>
          <w:p>
            <w:pPr>
              <w:spacing w:before="40" w:after="40" w:lineRule="exact" w:line="320"/>
              <w:ind w:firstLine="0"/>
            </w:pPr>
            <w:r/>
            <w:r>
              <w:rPr>
                <w:rFonts w:ascii="Times New Roman" w:hAnsi="Times New Roman" w:eastAsia="SimSun"/>
                <w:b w:val="0"/>
                <w:i w:val="0"/>
                <w:sz w:val="18"/>
              </w:rPr>
              <w:t>30年</w:t>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5</w:t>
            </w:r>
          </w:p>
        </w:tc>
        <w:tc>
          <w:tcPr>
            <w:tcW w:type="dxa" w:w="2239"/>
          </w:tcPr>
          <w:p>
            <w:pPr>
              <w:spacing w:before="40" w:after="40" w:lineRule="exact" w:line="320"/>
              <w:ind w:firstLine="0"/>
            </w:pPr>
            <w:r/>
            <w:r>
              <w:rPr>
                <w:rFonts w:ascii="Times New Roman" w:hAnsi="Times New Roman" w:eastAsia="SimSun"/>
                <w:b w:val="0"/>
                <w:i w:val="0"/>
                <w:sz w:val="18"/>
              </w:rPr>
              <w:t>日记账</w:t>
            </w:r>
          </w:p>
        </w:tc>
        <w:tc>
          <w:tcPr>
            <w:tcW w:type="dxa" w:w="2239"/>
          </w:tcPr>
          <w:p>
            <w:pPr>
              <w:spacing w:before="40" w:after="40" w:lineRule="exact" w:line="320"/>
              <w:ind w:firstLine="0"/>
            </w:pPr>
            <w:r/>
            <w:r>
              <w:rPr>
                <w:rFonts w:ascii="Times New Roman" w:hAnsi="Times New Roman" w:eastAsia="SimSun"/>
                <w:b w:val="0"/>
                <w:i w:val="0"/>
                <w:sz w:val="18"/>
              </w:rPr>
              <w:t>30年</w:t>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6</w:t>
            </w:r>
          </w:p>
        </w:tc>
        <w:tc>
          <w:tcPr>
            <w:tcW w:type="dxa" w:w="2239"/>
          </w:tcPr>
          <w:p>
            <w:pPr>
              <w:spacing w:before="40" w:after="40" w:lineRule="exact" w:line="320"/>
              <w:ind w:firstLine="0"/>
            </w:pPr>
            <w:r/>
            <w:r>
              <w:rPr>
                <w:rFonts w:ascii="Times New Roman" w:hAnsi="Times New Roman" w:eastAsia="SimSun"/>
                <w:b w:val="0"/>
                <w:i w:val="0"/>
                <w:sz w:val="18"/>
              </w:rPr>
              <w:t>固定资产卡片</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t>固定资产报废清理后保管5年</w:t>
            </w:r>
          </w:p>
        </w:tc>
      </w:tr>
      <w:tr>
        <w:tc>
          <w:tcPr>
            <w:tcW w:type="dxa" w:w="2239"/>
          </w:tcPr>
          <w:p>
            <w:pPr>
              <w:spacing w:before="40" w:after="40" w:lineRule="exact" w:line="320"/>
              <w:ind w:firstLine="0"/>
            </w:pPr>
            <w:r/>
            <w:r>
              <w:rPr>
                <w:rFonts w:ascii="Times New Roman" w:hAnsi="Times New Roman" w:eastAsia="SimSun"/>
                <w:b w:val="0"/>
                <w:i w:val="0"/>
                <w:sz w:val="18"/>
              </w:rPr>
              <w:t>7</w:t>
            </w:r>
          </w:p>
        </w:tc>
        <w:tc>
          <w:tcPr>
            <w:tcW w:type="dxa" w:w="2239"/>
          </w:tcPr>
          <w:p>
            <w:pPr>
              <w:spacing w:before="40" w:after="40" w:lineRule="exact" w:line="320"/>
              <w:ind w:firstLine="0"/>
            </w:pPr>
            <w:r/>
            <w:r>
              <w:rPr>
                <w:rFonts w:ascii="Times New Roman" w:hAnsi="Times New Roman" w:eastAsia="SimSun"/>
                <w:b w:val="0"/>
                <w:i w:val="0"/>
                <w:sz w:val="18"/>
              </w:rPr>
              <w:t>其他辅助性账簿</w:t>
            </w:r>
          </w:p>
        </w:tc>
        <w:tc>
          <w:tcPr>
            <w:tcW w:type="dxa" w:w="2239"/>
          </w:tcPr>
          <w:p>
            <w:pPr>
              <w:spacing w:before="40" w:after="40" w:lineRule="exact" w:line="320"/>
              <w:ind w:firstLine="0"/>
            </w:pPr>
            <w:r/>
            <w:r>
              <w:rPr>
                <w:rFonts w:ascii="Times New Roman" w:hAnsi="Times New Roman" w:eastAsia="SimSun"/>
                <w:b w:val="0"/>
                <w:i w:val="0"/>
                <w:sz w:val="18"/>
              </w:rPr>
              <w:t>30年</w:t>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三</w:t>
            </w:r>
          </w:p>
        </w:tc>
        <w:tc>
          <w:tcPr>
            <w:tcW w:type="dxa" w:w="2239"/>
          </w:tcPr>
          <w:p>
            <w:pPr>
              <w:spacing w:before="40" w:after="40" w:lineRule="exact" w:line="320"/>
              <w:ind w:firstLine="0"/>
            </w:pPr>
            <w:r/>
            <w:r>
              <w:rPr>
                <w:rFonts w:ascii="Times New Roman" w:hAnsi="Times New Roman" w:eastAsia="SimSun"/>
                <w:b w:val="0"/>
                <w:i w:val="0"/>
                <w:sz w:val="18"/>
              </w:rPr>
              <w:t>财务会计报告</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8</w:t>
            </w:r>
          </w:p>
        </w:tc>
        <w:tc>
          <w:tcPr>
            <w:tcW w:type="dxa" w:w="2239"/>
          </w:tcPr>
          <w:p>
            <w:pPr>
              <w:spacing w:before="40" w:after="40" w:lineRule="exact" w:line="320"/>
              <w:ind w:firstLine="0"/>
            </w:pPr>
            <w:r/>
            <w:r>
              <w:rPr>
                <w:rFonts w:ascii="Times New Roman" w:hAnsi="Times New Roman" w:eastAsia="SimSun"/>
                <w:b w:val="0"/>
                <w:i w:val="0"/>
                <w:sz w:val="18"/>
              </w:rPr>
              <w:t>月度、季度、半年度财务会计报告</w:t>
            </w:r>
          </w:p>
        </w:tc>
        <w:tc>
          <w:tcPr>
            <w:tcW w:type="dxa" w:w="2239"/>
          </w:tcPr>
          <w:p>
            <w:pPr>
              <w:spacing w:before="40" w:after="40" w:lineRule="exact" w:line="320"/>
              <w:ind w:firstLine="0"/>
            </w:pPr>
            <w:r/>
            <w:r>
              <w:rPr>
                <w:rFonts w:ascii="Times New Roman" w:hAnsi="Times New Roman" w:eastAsia="SimSun"/>
                <w:b w:val="0"/>
                <w:i w:val="0"/>
                <w:sz w:val="18"/>
              </w:rPr>
              <w:t>10年</w:t>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9</w:t>
            </w:r>
          </w:p>
        </w:tc>
        <w:tc>
          <w:tcPr>
            <w:tcW w:type="dxa" w:w="2239"/>
          </w:tcPr>
          <w:p>
            <w:pPr>
              <w:spacing w:before="40" w:after="40" w:lineRule="exact" w:line="320"/>
              <w:ind w:firstLine="0"/>
            </w:pPr>
            <w:r/>
            <w:r>
              <w:rPr>
                <w:rFonts w:ascii="Times New Roman" w:hAnsi="Times New Roman" w:eastAsia="SimSun"/>
                <w:b w:val="0"/>
                <w:i w:val="0"/>
                <w:sz w:val="18"/>
              </w:rPr>
              <w:t>年度财务会计报告</w:t>
            </w:r>
          </w:p>
        </w:tc>
        <w:tc>
          <w:tcPr>
            <w:tcW w:type="dxa" w:w="2239"/>
          </w:tcPr>
          <w:p>
            <w:pPr>
              <w:spacing w:before="40" w:after="40" w:lineRule="exact" w:line="320"/>
              <w:ind w:firstLine="0"/>
            </w:pPr>
            <w:r/>
            <w:r>
              <w:rPr>
                <w:rFonts w:ascii="Times New Roman" w:hAnsi="Times New Roman" w:eastAsia="SimSun"/>
                <w:b w:val="0"/>
                <w:i w:val="0"/>
                <w:sz w:val="18"/>
              </w:rPr>
              <w:t>永久</w:t>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四</w:t>
            </w:r>
          </w:p>
        </w:tc>
        <w:tc>
          <w:tcPr>
            <w:tcW w:type="dxa" w:w="2239"/>
          </w:tcPr>
          <w:p>
            <w:pPr>
              <w:spacing w:before="40" w:after="40" w:lineRule="exact" w:line="320"/>
              <w:ind w:firstLine="0"/>
            </w:pPr>
            <w:r/>
            <w:r>
              <w:rPr>
                <w:rFonts w:ascii="Times New Roman" w:hAnsi="Times New Roman" w:eastAsia="SimSun"/>
                <w:b w:val="0"/>
                <w:i w:val="0"/>
                <w:sz w:val="18"/>
              </w:rPr>
              <w:t>其他会计资料</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10</w:t>
            </w:r>
          </w:p>
        </w:tc>
        <w:tc>
          <w:tcPr>
            <w:tcW w:type="dxa" w:w="2239"/>
          </w:tcPr>
          <w:p>
            <w:pPr>
              <w:spacing w:before="40" w:after="40" w:lineRule="exact" w:line="320"/>
              <w:ind w:firstLine="0"/>
            </w:pPr>
            <w:r/>
            <w:r>
              <w:rPr>
                <w:rFonts w:ascii="Times New Roman" w:hAnsi="Times New Roman" w:eastAsia="SimSun"/>
                <w:b w:val="0"/>
                <w:i w:val="0"/>
                <w:sz w:val="18"/>
              </w:rPr>
              <w:t>银行存款余额调节表</w:t>
            </w:r>
          </w:p>
        </w:tc>
        <w:tc>
          <w:tcPr>
            <w:tcW w:type="dxa" w:w="2239"/>
          </w:tcPr>
          <w:p>
            <w:pPr>
              <w:spacing w:before="40" w:after="40" w:lineRule="exact" w:line="320"/>
              <w:ind w:firstLine="0"/>
            </w:pPr>
            <w:r/>
            <w:r>
              <w:rPr>
                <w:rFonts w:ascii="Times New Roman" w:hAnsi="Times New Roman" w:eastAsia="SimSun"/>
                <w:b w:val="0"/>
                <w:i w:val="0"/>
                <w:sz w:val="18"/>
              </w:rPr>
              <w:t>10年</w:t>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11</w:t>
            </w:r>
          </w:p>
        </w:tc>
        <w:tc>
          <w:tcPr>
            <w:tcW w:type="dxa" w:w="2239"/>
          </w:tcPr>
          <w:p>
            <w:pPr>
              <w:spacing w:before="40" w:after="40" w:lineRule="exact" w:line="320"/>
              <w:ind w:firstLine="0"/>
            </w:pPr>
            <w:r/>
            <w:r>
              <w:rPr>
                <w:rFonts w:ascii="Times New Roman" w:hAnsi="Times New Roman" w:eastAsia="SimSun"/>
                <w:b w:val="0"/>
                <w:i w:val="0"/>
                <w:sz w:val="18"/>
              </w:rPr>
              <w:t>银行对账单</w:t>
            </w:r>
          </w:p>
        </w:tc>
        <w:tc>
          <w:tcPr>
            <w:tcW w:type="dxa" w:w="2239"/>
          </w:tcPr>
          <w:p>
            <w:pPr>
              <w:spacing w:before="40" w:after="40" w:lineRule="exact" w:line="320"/>
              <w:ind w:firstLine="0"/>
            </w:pPr>
            <w:r/>
            <w:r>
              <w:rPr>
                <w:rFonts w:ascii="Times New Roman" w:hAnsi="Times New Roman" w:eastAsia="SimSun"/>
                <w:b w:val="0"/>
                <w:i w:val="0"/>
                <w:sz w:val="18"/>
              </w:rPr>
              <w:t>10年</w:t>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12</w:t>
            </w:r>
          </w:p>
        </w:tc>
        <w:tc>
          <w:tcPr>
            <w:tcW w:type="dxa" w:w="2239"/>
          </w:tcPr>
          <w:p>
            <w:pPr>
              <w:spacing w:before="40" w:after="40" w:lineRule="exact" w:line="320"/>
              <w:ind w:firstLine="0"/>
            </w:pPr>
            <w:r/>
            <w:r>
              <w:rPr>
                <w:rFonts w:ascii="Times New Roman" w:hAnsi="Times New Roman" w:eastAsia="SimSun"/>
                <w:b w:val="0"/>
                <w:i w:val="0"/>
                <w:sz w:val="18"/>
              </w:rPr>
              <w:t>纳税申报表</w:t>
            </w:r>
          </w:p>
        </w:tc>
        <w:tc>
          <w:tcPr>
            <w:tcW w:type="dxa" w:w="2239"/>
          </w:tcPr>
          <w:p>
            <w:pPr>
              <w:spacing w:before="40" w:after="40" w:lineRule="exact" w:line="320"/>
              <w:ind w:firstLine="0"/>
            </w:pPr>
            <w:r/>
            <w:r>
              <w:rPr>
                <w:rFonts w:ascii="Times New Roman" w:hAnsi="Times New Roman" w:eastAsia="SimSun"/>
                <w:b w:val="0"/>
                <w:i w:val="0"/>
                <w:sz w:val="18"/>
              </w:rPr>
              <w:t>10年</w:t>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13</w:t>
            </w:r>
          </w:p>
        </w:tc>
        <w:tc>
          <w:tcPr>
            <w:tcW w:type="dxa" w:w="2239"/>
          </w:tcPr>
          <w:p>
            <w:pPr>
              <w:spacing w:before="40" w:after="40" w:lineRule="exact" w:line="320"/>
              <w:ind w:firstLine="0"/>
            </w:pPr>
            <w:r/>
            <w:r>
              <w:rPr>
                <w:rFonts w:ascii="Times New Roman" w:hAnsi="Times New Roman" w:eastAsia="SimSun"/>
                <w:b w:val="0"/>
                <w:i w:val="0"/>
                <w:sz w:val="18"/>
              </w:rPr>
              <w:t>会计档案移交清册</w:t>
            </w:r>
          </w:p>
        </w:tc>
        <w:tc>
          <w:tcPr>
            <w:tcW w:type="dxa" w:w="2239"/>
          </w:tcPr>
          <w:p>
            <w:pPr>
              <w:spacing w:before="40" w:after="40" w:lineRule="exact" w:line="320"/>
              <w:ind w:firstLine="0"/>
            </w:pPr>
            <w:r/>
            <w:r>
              <w:rPr>
                <w:rFonts w:ascii="Times New Roman" w:hAnsi="Times New Roman" w:eastAsia="SimSun"/>
                <w:b w:val="0"/>
                <w:i w:val="0"/>
                <w:sz w:val="18"/>
              </w:rPr>
              <w:t>30年</w:t>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14</w:t>
            </w:r>
          </w:p>
        </w:tc>
        <w:tc>
          <w:tcPr>
            <w:tcW w:type="dxa" w:w="2239"/>
          </w:tcPr>
          <w:p>
            <w:pPr>
              <w:spacing w:before="40" w:after="40" w:lineRule="exact" w:line="320"/>
              <w:ind w:firstLine="0"/>
            </w:pPr>
            <w:r/>
            <w:r>
              <w:rPr>
                <w:rFonts w:ascii="Times New Roman" w:hAnsi="Times New Roman" w:eastAsia="SimSun"/>
                <w:b w:val="0"/>
                <w:i w:val="0"/>
                <w:sz w:val="18"/>
              </w:rPr>
              <w:t>会计档案保管清册</w:t>
            </w:r>
          </w:p>
        </w:tc>
        <w:tc>
          <w:tcPr>
            <w:tcW w:type="dxa" w:w="2239"/>
          </w:tcPr>
          <w:p>
            <w:pPr>
              <w:spacing w:before="40" w:after="40" w:lineRule="exact" w:line="320"/>
              <w:ind w:firstLine="0"/>
            </w:pPr>
            <w:r/>
            <w:r>
              <w:rPr>
                <w:rFonts w:ascii="Times New Roman" w:hAnsi="Times New Roman" w:eastAsia="SimSun"/>
                <w:b w:val="0"/>
                <w:i w:val="0"/>
                <w:sz w:val="18"/>
              </w:rPr>
              <w:t>永久</w:t>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15</w:t>
            </w:r>
          </w:p>
        </w:tc>
        <w:tc>
          <w:tcPr>
            <w:tcW w:type="dxa" w:w="2239"/>
          </w:tcPr>
          <w:p>
            <w:pPr>
              <w:spacing w:before="40" w:after="40" w:lineRule="exact" w:line="320"/>
              <w:ind w:firstLine="0"/>
            </w:pPr>
            <w:r/>
            <w:r>
              <w:rPr>
                <w:rFonts w:ascii="Times New Roman" w:hAnsi="Times New Roman" w:eastAsia="SimSun"/>
                <w:b w:val="0"/>
                <w:i w:val="0"/>
                <w:sz w:val="18"/>
              </w:rPr>
              <w:t>会计档案销毁清册</w:t>
            </w:r>
          </w:p>
        </w:tc>
        <w:tc>
          <w:tcPr>
            <w:tcW w:type="dxa" w:w="2239"/>
          </w:tcPr>
          <w:p>
            <w:pPr>
              <w:spacing w:before="40" w:after="40" w:lineRule="exact" w:line="320"/>
              <w:ind w:firstLine="0"/>
            </w:pPr>
            <w:r/>
            <w:r>
              <w:rPr>
                <w:rFonts w:ascii="Times New Roman" w:hAnsi="Times New Roman" w:eastAsia="SimSun"/>
                <w:b w:val="0"/>
                <w:i w:val="0"/>
                <w:sz w:val="18"/>
              </w:rPr>
              <w:t>永久</w:t>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16</w:t>
            </w:r>
          </w:p>
        </w:tc>
        <w:tc>
          <w:tcPr>
            <w:tcW w:type="dxa" w:w="2239"/>
          </w:tcPr>
          <w:p>
            <w:pPr>
              <w:spacing w:before="40" w:after="40" w:lineRule="exact" w:line="320"/>
              <w:ind w:firstLine="0"/>
            </w:pPr>
            <w:r/>
            <w:r>
              <w:rPr>
                <w:rFonts w:ascii="Times New Roman" w:hAnsi="Times New Roman" w:eastAsia="SimSun"/>
                <w:b w:val="0"/>
                <w:i w:val="0"/>
                <w:sz w:val="18"/>
              </w:rPr>
              <w:t>会计档案鉴定意见书</w:t>
            </w:r>
          </w:p>
        </w:tc>
        <w:tc>
          <w:tcPr>
            <w:tcW w:type="dxa" w:w="2239"/>
          </w:tcPr>
          <w:p>
            <w:pPr>
              <w:spacing w:before="40" w:after="40" w:lineRule="exact" w:line="320"/>
              <w:ind w:firstLine="0"/>
            </w:pPr>
            <w:r/>
            <w:r>
              <w:rPr>
                <w:rFonts w:ascii="Times New Roman" w:hAnsi="Times New Roman" w:eastAsia="SimSun"/>
                <w:b w:val="0"/>
                <w:i w:val="0"/>
                <w:sz w:val="18"/>
              </w:rPr>
              <w:t>永久</w:t>
            </w:r>
          </w:p>
        </w:tc>
        <w:tc>
          <w:tcPr>
            <w:tcW w:type="dxa" w:w="2239"/>
          </w:tcPr>
          <w:p>
            <w:pPr>
              <w:spacing w:before="40" w:after="40" w:lineRule="exact" w:line="320"/>
              <w:ind w:firstLine="0"/>
            </w:pPr>
            <w:r/>
            <w:r>
              <w:rPr>
                <w:rFonts w:ascii="Times New Roman" w:hAnsi="Times New Roman" w:eastAsia="SimSun"/>
                <w:b w:val="0"/>
                <w:i w:val="0"/>
                <w:sz w:val="18"/>
              </w:rPr>
            </w:r>
          </w:p>
        </w:tc>
      </w:tr>
    </w:tbl>
    <w:p>
      <w:pPr>
        <w:spacing w:before="0" w:after="160" w:lineRule="exact" w:line="200"/>
        <w:ind w:firstLine="0"/>
      </w:pPr>
    </w:p>
    <w:p>
      <w:pPr>
        <w:spacing w:before="0" w:after="120" w:lineRule="exact" w:line="440"/>
        <w:ind w:firstLine="420"/>
      </w:pPr>
      <w:r>
        <w:rPr>
          <w:rFonts w:ascii="Times New Roman" w:hAnsi="Times New Roman" w:eastAsia="FangSong"/>
          <w:b w:val="0"/>
          <w:i w:val="0"/>
          <w:sz w:val="24"/>
        </w:rPr>
        <w:t>保管期限从会计年度终了后的第一天算起，为最低保管期限。</w:t>
      </w:r>
    </w:p>
    <w:p>
      <w:pPr>
        <w:spacing w:before="240" w:after="120" w:lineRule="exact" w:line="480"/>
        <w:ind w:firstLine="0"/>
      </w:pPr>
      <w:r>
        <w:rPr>
          <w:rFonts w:ascii="Times New Roman" w:hAnsi="Times New Roman" w:eastAsia="SimHei"/>
          <w:b/>
          <w:i w:val="0"/>
          <w:sz w:val="32"/>
        </w:rPr>
        <w:t>附表2　财政总预算、行政单位、事业单位和税收会计档案保管期限表</w:t>
      </w:r>
    </w:p>
    <w:tbl>
      <w:tblPr>
        <w:tblStyle w:val="TableGrid"/>
        <w:tblW w:type="auto" w:w="0"/>
        <w:jc w:val="center"/>
        <w:tblLook w:firstColumn="1" w:firstRow="1" w:lastColumn="0" w:lastRow="0" w:noHBand="0" w:noVBand="1" w:val="04A0"/>
      </w:tblPr>
      <w:tblGrid>
        <w:gridCol w:w="1493"/>
        <w:gridCol w:w="1493"/>
        <w:gridCol w:w="1493"/>
        <w:gridCol w:w="1493"/>
        <w:gridCol w:w="1493"/>
        <w:gridCol w:w="1493"/>
      </w:tblGrid>
      <w:tr>
        <w:tc>
          <w:tcPr>
            <w:tcW w:type="dxa" w:w="1493"/>
          </w:tcPr>
          <w:p>
            <w:pPr>
              <w:spacing w:before="40" w:after="40" w:lineRule="exact" w:line="320"/>
              <w:ind w:firstLine="0"/>
            </w:pPr>
            <w:r/>
            <w:r>
              <w:rPr>
                <w:rFonts w:ascii="Times New Roman" w:hAnsi="Times New Roman" w:eastAsia="SimSun"/>
                <w:b/>
                <w:i w:val="0"/>
                <w:sz w:val="18"/>
              </w:rPr>
              <w:t>序号</w:t>
            </w:r>
          </w:p>
        </w:tc>
        <w:tc>
          <w:tcPr>
            <w:tcW w:type="dxa" w:w="1493"/>
          </w:tcPr>
          <w:p>
            <w:pPr>
              <w:spacing w:before="40" w:after="40" w:lineRule="exact" w:line="320"/>
              <w:ind w:firstLine="0"/>
            </w:pPr>
            <w:r/>
            <w:r>
              <w:rPr>
                <w:rFonts w:ascii="Times New Roman" w:hAnsi="Times New Roman" w:eastAsia="SimSun"/>
                <w:b/>
                <w:i w:val="0"/>
                <w:sz w:val="18"/>
              </w:rPr>
              <w:t>档案名称</w:t>
            </w:r>
          </w:p>
        </w:tc>
        <w:tc>
          <w:tcPr>
            <w:tcW w:type="dxa" w:w="1493"/>
          </w:tcPr>
          <w:p>
            <w:pPr>
              <w:spacing w:before="40" w:after="40" w:lineRule="exact" w:line="320"/>
              <w:ind w:firstLine="0"/>
            </w:pPr>
            <w:r/>
            <w:r>
              <w:rPr>
                <w:rFonts w:ascii="Times New Roman" w:hAnsi="Times New Roman" w:eastAsia="SimSun"/>
                <w:b/>
                <w:i w:val="0"/>
                <w:sz w:val="18"/>
              </w:rPr>
              <w:t>财政总预算</w:t>
            </w:r>
          </w:p>
        </w:tc>
        <w:tc>
          <w:tcPr>
            <w:tcW w:type="dxa" w:w="1493"/>
          </w:tcPr>
          <w:p>
            <w:pPr>
              <w:spacing w:before="40" w:after="40" w:lineRule="exact" w:line="320"/>
              <w:ind w:firstLine="0"/>
            </w:pPr>
            <w:r/>
            <w:r>
              <w:rPr>
                <w:rFonts w:ascii="Times New Roman" w:hAnsi="Times New Roman" w:eastAsia="SimSun"/>
                <w:b/>
                <w:i w:val="0"/>
                <w:sz w:val="18"/>
              </w:rPr>
              <w:t>行政单位事业单位</w:t>
            </w:r>
          </w:p>
        </w:tc>
        <w:tc>
          <w:tcPr>
            <w:tcW w:type="dxa" w:w="1493"/>
          </w:tcPr>
          <w:p>
            <w:pPr>
              <w:spacing w:before="40" w:after="40" w:lineRule="exact" w:line="320"/>
              <w:ind w:firstLine="0"/>
            </w:pPr>
            <w:r/>
            <w:r>
              <w:rPr>
                <w:rFonts w:ascii="Times New Roman" w:hAnsi="Times New Roman" w:eastAsia="SimSun"/>
                <w:b/>
                <w:i w:val="0"/>
                <w:sz w:val="18"/>
              </w:rPr>
              <w:t>税收会计</w:t>
            </w:r>
          </w:p>
        </w:tc>
        <w:tc>
          <w:tcPr>
            <w:tcW w:type="dxa" w:w="1493"/>
          </w:tcPr>
          <w:p>
            <w:pPr>
              <w:spacing w:before="40" w:after="40" w:lineRule="exact" w:line="320"/>
              <w:ind w:firstLine="0"/>
            </w:pPr>
            <w:r/>
            <w:r>
              <w:rPr>
                <w:rFonts w:ascii="Times New Roman" w:hAnsi="Times New Roman" w:eastAsia="SimSun"/>
                <w:b/>
                <w:i w:val="0"/>
                <w:sz w:val="18"/>
              </w:rPr>
              <w:t>备注</w:t>
            </w:r>
          </w:p>
        </w:tc>
      </w:tr>
      <w:tr>
        <w:tc>
          <w:tcPr>
            <w:tcW w:type="dxa" w:w="1493"/>
          </w:tcPr>
          <w:p>
            <w:pPr>
              <w:spacing w:before="40" w:after="40" w:lineRule="exact" w:line="320"/>
              <w:ind w:firstLine="0"/>
            </w:pPr>
            <w:r/>
            <w:r>
              <w:rPr>
                <w:rFonts w:ascii="Times New Roman" w:hAnsi="Times New Roman" w:eastAsia="SimSun"/>
                <w:b w:val="0"/>
                <w:i w:val="0"/>
                <w:sz w:val="18"/>
              </w:rPr>
              <w:t>一</w:t>
            </w:r>
          </w:p>
        </w:tc>
        <w:tc>
          <w:tcPr>
            <w:tcW w:type="dxa" w:w="1493"/>
          </w:tcPr>
          <w:p>
            <w:pPr>
              <w:spacing w:before="40" w:after="40" w:lineRule="exact" w:line="320"/>
              <w:ind w:firstLine="0"/>
            </w:pPr>
            <w:r/>
            <w:r>
              <w:rPr>
                <w:rFonts w:ascii="Times New Roman" w:hAnsi="Times New Roman" w:eastAsia="SimSun"/>
                <w:b w:val="0"/>
                <w:i w:val="0"/>
                <w:sz w:val="18"/>
              </w:rPr>
              <w:t>会计凭证</w:t>
            </w:r>
          </w:p>
        </w:tc>
        <w:tc>
          <w:tcPr>
            <w:tcW w:type="dxa" w:w="1493"/>
          </w:tcPr>
          <w:p>
            <w:pPr>
              <w:spacing w:before="40" w:after="40" w:lineRule="exact" w:line="320"/>
              <w:ind w:firstLine="0"/>
            </w:pPr>
            <w:r/>
            <w:r>
              <w:rPr>
                <w:rFonts w:ascii="Times New Roman" w:hAnsi="Times New Roman" w:eastAsia="SimSun"/>
                <w:b w:val="0"/>
                <w:i w:val="0"/>
                <w:sz w:val="18"/>
              </w:rPr>
            </w:r>
          </w:p>
        </w:tc>
        <w:tc>
          <w:tcPr>
            <w:tcW w:type="dxa" w:w="1493"/>
          </w:tcPr>
          <w:p>
            <w:pPr>
              <w:spacing w:before="40" w:after="40" w:lineRule="exact" w:line="320"/>
              <w:ind w:firstLine="0"/>
            </w:pPr>
            <w:r/>
            <w:r>
              <w:rPr>
                <w:rFonts w:ascii="Times New Roman" w:hAnsi="Times New Roman" w:eastAsia="SimSun"/>
                <w:b w:val="0"/>
                <w:i w:val="0"/>
                <w:sz w:val="18"/>
              </w:rPr>
            </w:r>
          </w:p>
        </w:tc>
        <w:tc>
          <w:tcPr>
            <w:tcW w:type="dxa" w:w="1493"/>
          </w:tcPr>
          <w:p>
            <w:pPr>
              <w:spacing w:before="40" w:after="40" w:lineRule="exact" w:line="320"/>
              <w:ind w:firstLine="0"/>
            </w:pPr>
            <w:r/>
            <w:r>
              <w:rPr>
                <w:rFonts w:ascii="Times New Roman" w:hAnsi="Times New Roman" w:eastAsia="SimSun"/>
                <w:b w:val="0"/>
                <w:i w:val="0"/>
                <w:sz w:val="18"/>
              </w:rPr>
            </w:r>
          </w:p>
        </w:tc>
        <w:tc>
          <w:tcPr>
            <w:tcW w:type="dxa" w:w="1493"/>
          </w:tcPr>
          <w:p>
            <w:pPr>
              <w:spacing w:before="40" w:after="40" w:lineRule="exact" w:line="320"/>
              <w:ind w:firstLine="0"/>
            </w:pPr>
            <w:r/>
            <w:r>
              <w:rPr>
                <w:rFonts w:ascii="Times New Roman" w:hAnsi="Times New Roman" w:eastAsia="SimSun"/>
                <w:b w:val="0"/>
                <w:i w:val="0"/>
                <w:sz w:val="18"/>
              </w:rPr>
            </w:r>
          </w:p>
        </w:tc>
      </w:tr>
      <w:tr>
        <w:tc>
          <w:tcPr>
            <w:tcW w:type="dxa" w:w="1493"/>
          </w:tcPr>
          <w:p>
            <w:pPr>
              <w:spacing w:before="40" w:after="40" w:lineRule="exact" w:line="320"/>
              <w:ind w:firstLine="0"/>
            </w:pPr>
            <w:r/>
            <w:r>
              <w:rPr>
                <w:rFonts w:ascii="Times New Roman" w:hAnsi="Times New Roman" w:eastAsia="SimSun"/>
                <w:b w:val="0"/>
                <w:i w:val="0"/>
                <w:sz w:val="18"/>
              </w:rPr>
              <w:t>1</w:t>
            </w:r>
          </w:p>
        </w:tc>
        <w:tc>
          <w:tcPr>
            <w:tcW w:type="dxa" w:w="1493"/>
          </w:tcPr>
          <w:p>
            <w:pPr>
              <w:spacing w:before="40" w:after="40" w:lineRule="exact" w:line="320"/>
              <w:ind w:firstLine="0"/>
            </w:pPr>
            <w:r/>
            <w:r>
              <w:rPr>
                <w:rFonts w:ascii="Times New Roman" w:hAnsi="Times New Roman" w:eastAsia="SimSun"/>
                <w:b w:val="0"/>
                <w:i w:val="0"/>
                <w:sz w:val="18"/>
              </w:rPr>
              <w:t>国家金库编送的各种报表及缴库退库凭证</w:t>
            </w:r>
          </w:p>
        </w:tc>
        <w:tc>
          <w:tcPr>
            <w:tcW w:type="dxa" w:w="1493"/>
          </w:tcPr>
          <w:p>
            <w:pPr>
              <w:spacing w:before="40" w:after="40" w:lineRule="exact" w:line="320"/>
              <w:ind w:firstLine="0"/>
            </w:pPr>
            <w:r/>
            <w:r>
              <w:rPr>
                <w:rFonts w:ascii="Times New Roman" w:hAnsi="Times New Roman" w:eastAsia="SimSun"/>
                <w:b w:val="0"/>
                <w:i w:val="0"/>
                <w:sz w:val="18"/>
              </w:rPr>
              <w:t>10年</w:t>
            </w:r>
          </w:p>
        </w:tc>
        <w:tc>
          <w:tcPr>
            <w:tcW w:type="dxa" w:w="1493"/>
          </w:tcPr>
          <w:p>
            <w:pPr>
              <w:spacing w:before="40" w:after="40" w:lineRule="exact" w:line="320"/>
              <w:ind w:firstLine="0"/>
            </w:pPr>
            <w:r/>
            <w:r>
              <w:rPr>
                <w:rFonts w:ascii="Times New Roman" w:hAnsi="Times New Roman" w:eastAsia="SimSun"/>
                <w:b w:val="0"/>
                <w:i w:val="0"/>
                <w:sz w:val="18"/>
              </w:rPr>
            </w:r>
          </w:p>
        </w:tc>
        <w:tc>
          <w:tcPr>
            <w:tcW w:type="dxa" w:w="1493"/>
          </w:tcPr>
          <w:p>
            <w:pPr>
              <w:spacing w:before="40" w:after="40" w:lineRule="exact" w:line="320"/>
              <w:ind w:firstLine="0"/>
            </w:pPr>
            <w:r/>
            <w:r>
              <w:rPr>
                <w:rFonts w:ascii="Times New Roman" w:hAnsi="Times New Roman" w:eastAsia="SimSun"/>
                <w:b w:val="0"/>
                <w:i w:val="0"/>
                <w:sz w:val="18"/>
              </w:rPr>
              <w:t>10年</w:t>
            </w:r>
          </w:p>
        </w:tc>
        <w:tc>
          <w:tcPr>
            <w:tcW w:type="dxa" w:w="1493"/>
          </w:tcPr>
          <w:p>
            <w:pPr>
              <w:spacing w:before="40" w:after="40" w:lineRule="exact" w:line="320"/>
              <w:ind w:firstLine="0"/>
            </w:pPr>
            <w:r/>
            <w:r>
              <w:rPr>
                <w:rFonts w:ascii="Times New Roman" w:hAnsi="Times New Roman" w:eastAsia="SimSun"/>
                <w:b w:val="0"/>
                <w:i w:val="0"/>
                <w:sz w:val="18"/>
              </w:rPr>
            </w:r>
          </w:p>
        </w:tc>
      </w:tr>
      <w:tr>
        <w:tc>
          <w:tcPr>
            <w:tcW w:type="dxa" w:w="1493"/>
          </w:tcPr>
          <w:p>
            <w:pPr>
              <w:spacing w:before="40" w:after="40" w:lineRule="exact" w:line="320"/>
              <w:ind w:firstLine="0"/>
            </w:pPr>
            <w:r/>
            <w:r>
              <w:rPr>
                <w:rFonts w:ascii="Times New Roman" w:hAnsi="Times New Roman" w:eastAsia="SimSun"/>
                <w:b w:val="0"/>
                <w:i w:val="0"/>
                <w:sz w:val="18"/>
              </w:rPr>
              <w:t>2</w:t>
            </w:r>
          </w:p>
        </w:tc>
        <w:tc>
          <w:tcPr>
            <w:tcW w:type="dxa" w:w="1493"/>
          </w:tcPr>
          <w:p>
            <w:pPr>
              <w:spacing w:before="40" w:after="40" w:lineRule="exact" w:line="320"/>
              <w:ind w:firstLine="0"/>
            </w:pPr>
            <w:r/>
            <w:r>
              <w:rPr>
                <w:rFonts w:ascii="Times New Roman" w:hAnsi="Times New Roman" w:eastAsia="SimSun"/>
                <w:b w:val="0"/>
                <w:i w:val="0"/>
                <w:sz w:val="18"/>
              </w:rPr>
              <w:t>各收入机关编送的报表</w:t>
            </w:r>
          </w:p>
        </w:tc>
        <w:tc>
          <w:tcPr>
            <w:tcW w:type="dxa" w:w="1493"/>
          </w:tcPr>
          <w:p>
            <w:pPr>
              <w:spacing w:before="40" w:after="40" w:lineRule="exact" w:line="320"/>
              <w:ind w:firstLine="0"/>
            </w:pPr>
            <w:r/>
            <w:r>
              <w:rPr>
                <w:rFonts w:ascii="Times New Roman" w:hAnsi="Times New Roman" w:eastAsia="SimSun"/>
                <w:b w:val="0"/>
                <w:i w:val="0"/>
                <w:sz w:val="18"/>
              </w:rPr>
              <w:t>10年</w:t>
            </w:r>
          </w:p>
        </w:tc>
        <w:tc>
          <w:tcPr>
            <w:tcW w:type="dxa" w:w="1493"/>
          </w:tcPr>
          <w:p>
            <w:pPr>
              <w:spacing w:before="40" w:after="40" w:lineRule="exact" w:line="320"/>
              <w:ind w:firstLine="0"/>
            </w:pPr>
            <w:r/>
            <w:r>
              <w:rPr>
                <w:rFonts w:ascii="Times New Roman" w:hAnsi="Times New Roman" w:eastAsia="SimSun"/>
                <w:b w:val="0"/>
                <w:i w:val="0"/>
                <w:sz w:val="18"/>
              </w:rPr>
            </w:r>
          </w:p>
        </w:tc>
        <w:tc>
          <w:tcPr>
            <w:tcW w:type="dxa" w:w="1493"/>
          </w:tcPr>
          <w:p>
            <w:pPr>
              <w:spacing w:before="40" w:after="40" w:lineRule="exact" w:line="320"/>
              <w:ind w:firstLine="0"/>
            </w:pPr>
            <w:r/>
            <w:r>
              <w:rPr>
                <w:rFonts w:ascii="Times New Roman" w:hAnsi="Times New Roman" w:eastAsia="SimSun"/>
                <w:b w:val="0"/>
                <w:i w:val="0"/>
                <w:sz w:val="18"/>
              </w:rPr>
            </w:r>
          </w:p>
        </w:tc>
        <w:tc>
          <w:tcPr>
            <w:tcW w:type="dxa" w:w="1493"/>
          </w:tcPr>
          <w:p>
            <w:pPr>
              <w:spacing w:before="40" w:after="40" w:lineRule="exact" w:line="320"/>
              <w:ind w:firstLine="0"/>
            </w:pPr>
            <w:r/>
            <w:r>
              <w:rPr>
                <w:rFonts w:ascii="Times New Roman" w:hAnsi="Times New Roman" w:eastAsia="SimSun"/>
                <w:b w:val="0"/>
                <w:i w:val="0"/>
                <w:sz w:val="18"/>
              </w:rPr>
            </w:r>
          </w:p>
        </w:tc>
      </w:tr>
      <w:tr>
        <w:tc>
          <w:tcPr>
            <w:tcW w:type="dxa" w:w="1493"/>
          </w:tcPr>
          <w:p>
            <w:pPr>
              <w:spacing w:before="40" w:after="40" w:lineRule="exact" w:line="320"/>
              <w:ind w:firstLine="0"/>
            </w:pPr>
            <w:r/>
            <w:r>
              <w:rPr>
                <w:rFonts w:ascii="Times New Roman" w:hAnsi="Times New Roman" w:eastAsia="SimSun"/>
                <w:b w:val="0"/>
                <w:i w:val="0"/>
                <w:sz w:val="18"/>
              </w:rPr>
              <w:t>3</w:t>
            </w:r>
          </w:p>
        </w:tc>
        <w:tc>
          <w:tcPr>
            <w:tcW w:type="dxa" w:w="1493"/>
          </w:tcPr>
          <w:p>
            <w:pPr>
              <w:spacing w:before="40" w:after="40" w:lineRule="exact" w:line="320"/>
              <w:ind w:firstLine="0"/>
            </w:pPr>
            <w:r/>
            <w:r>
              <w:rPr>
                <w:rFonts w:ascii="Times New Roman" w:hAnsi="Times New Roman" w:eastAsia="SimSun"/>
                <w:b w:val="0"/>
                <w:i w:val="0"/>
                <w:sz w:val="18"/>
              </w:rPr>
              <w:t>行政单位和事业单位的各种会计凭证</w:t>
            </w:r>
          </w:p>
        </w:tc>
        <w:tc>
          <w:tcPr>
            <w:tcW w:type="dxa" w:w="1493"/>
          </w:tcPr>
          <w:p>
            <w:pPr>
              <w:spacing w:before="40" w:after="40" w:lineRule="exact" w:line="320"/>
              <w:ind w:firstLine="0"/>
            </w:pPr>
            <w:r/>
            <w:r>
              <w:rPr>
                <w:rFonts w:ascii="Times New Roman" w:hAnsi="Times New Roman" w:eastAsia="SimSun"/>
                <w:b w:val="0"/>
                <w:i w:val="0"/>
                <w:sz w:val="18"/>
              </w:rPr>
            </w:r>
          </w:p>
        </w:tc>
        <w:tc>
          <w:tcPr>
            <w:tcW w:type="dxa" w:w="1493"/>
          </w:tcPr>
          <w:p>
            <w:pPr>
              <w:spacing w:before="40" w:after="40" w:lineRule="exact" w:line="320"/>
              <w:ind w:firstLine="0"/>
            </w:pPr>
            <w:r/>
            <w:r>
              <w:rPr>
                <w:rFonts w:ascii="Times New Roman" w:hAnsi="Times New Roman" w:eastAsia="SimSun"/>
                <w:b w:val="0"/>
                <w:i w:val="0"/>
                <w:sz w:val="18"/>
              </w:rPr>
              <w:t>30年</w:t>
            </w:r>
          </w:p>
        </w:tc>
        <w:tc>
          <w:tcPr>
            <w:tcW w:type="dxa" w:w="1493"/>
          </w:tcPr>
          <w:p>
            <w:pPr>
              <w:spacing w:before="40" w:after="40" w:lineRule="exact" w:line="320"/>
              <w:ind w:firstLine="0"/>
            </w:pPr>
            <w:r/>
            <w:r>
              <w:rPr>
                <w:rFonts w:ascii="Times New Roman" w:hAnsi="Times New Roman" w:eastAsia="SimSun"/>
                <w:b w:val="0"/>
                <w:i w:val="0"/>
                <w:sz w:val="18"/>
              </w:rPr>
            </w:r>
          </w:p>
        </w:tc>
        <w:tc>
          <w:tcPr>
            <w:tcW w:type="dxa" w:w="1493"/>
          </w:tcPr>
          <w:p>
            <w:pPr>
              <w:spacing w:before="40" w:after="40" w:lineRule="exact" w:line="320"/>
              <w:ind w:firstLine="0"/>
            </w:pPr>
            <w:r/>
            <w:r>
              <w:rPr>
                <w:rFonts w:ascii="Times New Roman" w:hAnsi="Times New Roman" w:eastAsia="SimSun"/>
                <w:b w:val="0"/>
                <w:i w:val="0"/>
                <w:sz w:val="18"/>
              </w:rPr>
              <w:t>包括原始凭证、记账凭证和传票汇总表</w:t>
            </w:r>
          </w:p>
        </w:tc>
      </w:tr>
      <w:tr>
        <w:tc>
          <w:tcPr>
            <w:tcW w:type="dxa" w:w="1493"/>
          </w:tcPr>
          <w:p>
            <w:pPr>
              <w:spacing w:before="40" w:after="40" w:lineRule="exact" w:line="320"/>
              <w:ind w:firstLine="0"/>
            </w:pPr>
            <w:r/>
            <w:r>
              <w:rPr>
                <w:rFonts w:ascii="Times New Roman" w:hAnsi="Times New Roman" w:eastAsia="SimSun"/>
                <w:b w:val="0"/>
                <w:i w:val="0"/>
                <w:sz w:val="18"/>
              </w:rPr>
              <w:t>4</w:t>
            </w:r>
          </w:p>
        </w:tc>
        <w:tc>
          <w:tcPr>
            <w:tcW w:type="dxa" w:w="1493"/>
          </w:tcPr>
          <w:p>
            <w:pPr>
              <w:spacing w:before="40" w:after="40" w:lineRule="exact" w:line="320"/>
              <w:ind w:firstLine="0"/>
            </w:pPr>
            <w:r/>
            <w:r>
              <w:rPr>
                <w:rFonts w:ascii="Times New Roman" w:hAnsi="Times New Roman" w:eastAsia="SimSun"/>
                <w:b w:val="0"/>
                <w:i w:val="0"/>
                <w:sz w:val="18"/>
              </w:rPr>
              <w:t>财政总预算拨款凭证和其他会计凭证</w:t>
            </w:r>
          </w:p>
        </w:tc>
        <w:tc>
          <w:tcPr>
            <w:tcW w:type="dxa" w:w="1493"/>
          </w:tcPr>
          <w:p>
            <w:pPr>
              <w:spacing w:before="40" w:after="40" w:lineRule="exact" w:line="320"/>
              <w:ind w:firstLine="0"/>
            </w:pPr>
            <w:r/>
            <w:r>
              <w:rPr>
                <w:rFonts w:ascii="Times New Roman" w:hAnsi="Times New Roman" w:eastAsia="SimSun"/>
                <w:b w:val="0"/>
                <w:i w:val="0"/>
                <w:sz w:val="18"/>
              </w:rPr>
              <w:t>30年</w:t>
            </w:r>
          </w:p>
        </w:tc>
        <w:tc>
          <w:tcPr>
            <w:tcW w:type="dxa" w:w="1493"/>
          </w:tcPr>
          <w:p>
            <w:pPr>
              <w:spacing w:before="40" w:after="40" w:lineRule="exact" w:line="320"/>
              <w:ind w:firstLine="0"/>
            </w:pPr>
            <w:r/>
            <w:r>
              <w:rPr>
                <w:rFonts w:ascii="Times New Roman" w:hAnsi="Times New Roman" w:eastAsia="SimSun"/>
                <w:b w:val="0"/>
                <w:i w:val="0"/>
                <w:sz w:val="18"/>
              </w:rPr>
            </w:r>
          </w:p>
        </w:tc>
        <w:tc>
          <w:tcPr>
            <w:tcW w:type="dxa" w:w="1493"/>
          </w:tcPr>
          <w:p>
            <w:pPr>
              <w:spacing w:before="40" w:after="40" w:lineRule="exact" w:line="320"/>
              <w:ind w:firstLine="0"/>
            </w:pPr>
            <w:r/>
            <w:r>
              <w:rPr>
                <w:rFonts w:ascii="Times New Roman" w:hAnsi="Times New Roman" w:eastAsia="SimSun"/>
                <w:b w:val="0"/>
                <w:i w:val="0"/>
                <w:sz w:val="18"/>
              </w:rPr>
            </w:r>
          </w:p>
        </w:tc>
        <w:tc>
          <w:tcPr>
            <w:tcW w:type="dxa" w:w="1493"/>
          </w:tcPr>
          <w:p>
            <w:pPr>
              <w:spacing w:before="40" w:after="40" w:lineRule="exact" w:line="320"/>
              <w:ind w:firstLine="0"/>
            </w:pPr>
            <w:r/>
            <w:r>
              <w:rPr>
                <w:rFonts w:ascii="Times New Roman" w:hAnsi="Times New Roman" w:eastAsia="SimSun"/>
                <w:b w:val="0"/>
                <w:i w:val="0"/>
                <w:sz w:val="18"/>
              </w:rPr>
              <w:t>包括拨款凭证和其他会计凭证</w:t>
            </w:r>
          </w:p>
        </w:tc>
      </w:tr>
      <w:tr>
        <w:tc>
          <w:tcPr>
            <w:tcW w:type="dxa" w:w="1493"/>
          </w:tcPr>
          <w:p>
            <w:pPr>
              <w:spacing w:before="40" w:after="40" w:lineRule="exact" w:line="320"/>
              <w:ind w:firstLine="0"/>
            </w:pPr>
            <w:r/>
            <w:r>
              <w:rPr>
                <w:rFonts w:ascii="Times New Roman" w:hAnsi="Times New Roman" w:eastAsia="SimSun"/>
                <w:b w:val="0"/>
                <w:i w:val="0"/>
                <w:sz w:val="18"/>
              </w:rPr>
              <w:t>二</w:t>
            </w:r>
          </w:p>
        </w:tc>
        <w:tc>
          <w:tcPr>
            <w:tcW w:type="dxa" w:w="1493"/>
          </w:tcPr>
          <w:p>
            <w:pPr>
              <w:spacing w:before="40" w:after="40" w:lineRule="exact" w:line="320"/>
              <w:ind w:firstLine="0"/>
            </w:pPr>
            <w:r/>
            <w:r>
              <w:rPr>
                <w:rFonts w:ascii="Times New Roman" w:hAnsi="Times New Roman" w:eastAsia="SimSun"/>
                <w:b w:val="0"/>
                <w:i w:val="0"/>
                <w:sz w:val="18"/>
              </w:rPr>
              <w:t>会计账簿</w:t>
            </w:r>
          </w:p>
        </w:tc>
        <w:tc>
          <w:tcPr>
            <w:tcW w:type="dxa" w:w="1493"/>
          </w:tcPr>
          <w:p>
            <w:pPr>
              <w:spacing w:before="40" w:after="40" w:lineRule="exact" w:line="320"/>
              <w:ind w:firstLine="0"/>
            </w:pPr>
            <w:r/>
            <w:r>
              <w:rPr>
                <w:rFonts w:ascii="Times New Roman" w:hAnsi="Times New Roman" w:eastAsia="SimSun"/>
                <w:b w:val="0"/>
                <w:i w:val="0"/>
                <w:sz w:val="18"/>
              </w:rPr>
            </w:r>
          </w:p>
        </w:tc>
        <w:tc>
          <w:tcPr>
            <w:tcW w:type="dxa" w:w="1493"/>
          </w:tcPr>
          <w:p>
            <w:pPr>
              <w:spacing w:before="40" w:after="40" w:lineRule="exact" w:line="320"/>
              <w:ind w:firstLine="0"/>
            </w:pPr>
            <w:r/>
            <w:r>
              <w:rPr>
                <w:rFonts w:ascii="Times New Roman" w:hAnsi="Times New Roman" w:eastAsia="SimSun"/>
                <w:b w:val="0"/>
                <w:i w:val="0"/>
                <w:sz w:val="18"/>
              </w:rPr>
            </w:r>
          </w:p>
        </w:tc>
        <w:tc>
          <w:tcPr>
            <w:tcW w:type="dxa" w:w="1493"/>
          </w:tcPr>
          <w:p>
            <w:pPr>
              <w:spacing w:before="40" w:after="40" w:lineRule="exact" w:line="320"/>
              <w:ind w:firstLine="0"/>
            </w:pPr>
            <w:r/>
            <w:r>
              <w:rPr>
                <w:rFonts w:ascii="Times New Roman" w:hAnsi="Times New Roman" w:eastAsia="SimSun"/>
                <w:b w:val="0"/>
                <w:i w:val="0"/>
                <w:sz w:val="18"/>
              </w:rPr>
            </w:r>
          </w:p>
        </w:tc>
        <w:tc>
          <w:tcPr>
            <w:tcW w:type="dxa" w:w="1493"/>
          </w:tcPr>
          <w:p>
            <w:pPr>
              <w:spacing w:before="40" w:after="40" w:lineRule="exact" w:line="320"/>
              <w:ind w:firstLine="0"/>
            </w:pPr>
            <w:r/>
            <w:r>
              <w:rPr>
                <w:rFonts w:ascii="Times New Roman" w:hAnsi="Times New Roman" w:eastAsia="SimSun"/>
                <w:b w:val="0"/>
                <w:i w:val="0"/>
                <w:sz w:val="18"/>
              </w:rPr>
            </w:r>
          </w:p>
        </w:tc>
      </w:tr>
      <w:tr>
        <w:tc>
          <w:tcPr>
            <w:tcW w:type="dxa" w:w="1493"/>
          </w:tcPr>
          <w:p>
            <w:pPr>
              <w:spacing w:before="40" w:after="40" w:lineRule="exact" w:line="320"/>
              <w:ind w:firstLine="0"/>
            </w:pPr>
            <w:r/>
            <w:r>
              <w:rPr>
                <w:rFonts w:ascii="Times New Roman" w:hAnsi="Times New Roman" w:eastAsia="SimSun"/>
                <w:b w:val="0"/>
                <w:i w:val="0"/>
                <w:sz w:val="18"/>
              </w:rPr>
              <w:t>5</w:t>
            </w:r>
          </w:p>
        </w:tc>
        <w:tc>
          <w:tcPr>
            <w:tcW w:type="dxa" w:w="1493"/>
          </w:tcPr>
          <w:p>
            <w:pPr>
              <w:spacing w:before="40" w:after="40" w:lineRule="exact" w:line="320"/>
              <w:ind w:firstLine="0"/>
            </w:pPr>
            <w:r/>
            <w:r>
              <w:rPr>
                <w:rFonts w:ascii="Times New Roman" w:hAnsi="Times New Roman" w:eastAsia="SimSun"/>
                <w:b w:val="0"/>
                <w:i w:val="0"/>
                <w:sz w:val="18"/>
              </w:rPr>
              <w:t>日记账</w:t>
            </w:r>
          </w:p>
        </w:tc>
        <w:tc>
          <w:tcPr>
            <w:tcW w:type="dxa" w:w="1493"/>
          </w:tcPr>
          <w:p>
            <w:pPr>
              <w:spacing w:before="40" w:after="40" w:lineRule="exact" w:line="320"/>
              <w:ind w:firstLine="0"/>
            </w:pPr>
            <w:r/>
            <w:r>
              <w:rPr>
                <w:rFonts w:ascii="Times New Roman" w:hAnsi="Times New Roman" w:eastAsia="SimSun"/>
                <w:b w:val="0"/>
                <w:i w:val="0"/>
                <w:sz w:val="18"/>
              </w:rPr>
            </w:r>
          </w:p>
        </w:tc>
        <w:tc>
          <w:tcPr>
            <w:tcW w:type="dxa" w:w="1493"/>
          </w:tcPr>
          <w:p>
            <w:pPr>
              <w:spacing w:before="40" w:after="40" w:lineRule="exact" w:line="320"/>
              <w:ind w:firstLine="0"/>
            </w:pPr>
            <w:r/>
            <w:r>
              <w:rPr>
                <w:rFonts w:ascii="Times New Roman" w:hAnsi="Times New Roman" w:eastAsia="SimSun"/>
                <w:b w:val="0"/>
                <w:i w:val="0"/>
                <w:sz w:val="18"/>
              </w:rPr>
              <w:t>30年</w:t>
            </w:r>
          </w:p>
        </w:tc>
        <w:tc>
          <w:tcPr>
            <w:tcW w:type="dxa" w:w="1493"/>
          </w:tcPr>
          <w:p>
            <w:pPr>
              <w:spacing w:before="40" w:after="40" w:lineRule="exact" w:line="320"/>
              <w:ind w:firstLine="0"/>
            </w:pPr>
            <w:r/>
            <w:r>
              <w:rPr>
                <w:rFonts w:ascii="Times New Roman" w:hAnsi="Times New Roman" w:eastAsia="SimSun"/>
                <w:b w:val="0"/>
                <w:i w:val="0"/>
                <w:sz w:val="18"/>
              </w:rPr>
              <w:t>30年</w:t>
            </w:r>
          </w:p>
        </w:tc>
        <w:tc>
          <w:tcPr>
            <w:tcW w:type="dxa" w:w="1493"/>
          </w:tcPr>
          <w:p>
            <w:pPr>
              <w:spacing w:before="40" w:after="40" w:lineRule="exact" w:line="320"/>
              <w:ind w:firstLine="0"/>
            </w:pPr>
            <w:r/>
            <w:r>
              <w:rPr>
                <w:rFonts w:ascii="Times New Roman" w:hAnsi="Times New Roman" w:eastAsia="SimSun"/>
                <w:b w:val="0"/>
                <w:i w:val="0"/>
                <w:sz w:val="18"/>
              </w:rPr>
            </w:r>
          </w:p>
        </w:tc>
      </w:tr>
      <w:tr>
        <w:tc>
          <w:tcPr>
            <w:tcW w:type="dxa" w:w="1493"/>
          </w:tcPr>
          <w:p>
            <w:pPr>
              <w:spacing w:before="40" w:after="40" w:lineRule="exact" w:line="320"/>
              <w:ind w:firstLine="0"/>
            </w:pPr>
            <w:r/>
            <w:r>
              <w:rPr>
                <w:rFonts w:ascii="Times New Roman" w:hAnsi="Times New Roman" w:eastAsia="SimSun"/>
                <w:b w:val="0"/>
                <w:i w:val="0"/>
                <w:sz w:val="18"/>
              </w:rPr>
              <w:t>6</w:t>
            </w:r>
          </w:p>
        </w:tc>
        <w:tc>
          <w:tcPr>
            <w:tcW w:type="dxa" w:w="1493"/>
          </w:tcPr>
          <w:p>
            <w:pPr>
              <w:spacing w:before="40" w:after="40" w:lineRule="exact" w:line="320"/>
              <w:ind w:firstLine="0"/>
            </w:pPr>
            <w:r/>
            <w:r>
              <w:rPr>
                <w:rFonts w:ascii="Times New Roman" w:hAnsi="Times New Roman" w:eastAsia="SimSun"/>
                <w:b w:val="0"/>
                <w:i w:val="0"/>
                <w:sz w:val="18"/>
              </w:rPr>
              <w:t>总账</w:t>
            </w:r>
          </w:p>
        </w:tc>
        <w:tc>
          <w:tcPr>
            <w:tcW w:type="dxa" w:w="1493"/>
          </w:tcPr>
          <w:p>
            <w:pPr>
              <w:spacing w:before="40" w:after="40" w:lineRule="exact" w:line="320"/>
              <w:ind w:firstLine="0"/>
            </w:pPr>
            <w:r/>
            <w:r>
              <w:rPr>
                <w:rFonts w:ascii="Times New Roman" w:hAnsi="Times New Roman" w:eastAsia="SimSun"/>
                <w:b w:val="0"/>
                <w:i w:val="0"/>
                <w:sz w:val="18"/>
              </w:rPr>
              <w:t>30年</w:t>
            </w:r>
          </w:p>
        </w:tc>
        <w:tc>
          <w:tcPr>
            <w:tcW w:type="dxa" w:w="1493"/>
          </w:tcPr>
          <w:p>
            <w:pPr>
              <w:spacing w:before="40" w:after="40" w:lineRule="exact" w:line="320"/>
              <w:ind w:firstLine="0"/>
            </w:pPr>
            <w:r/>
            <w:r>
              <w:rPr>
                <w:rFonts w:ascii="Times New Roman" w:hAnsi="Times New Roman" w:eastAsia="SimSun"/>
                <w:b w:val="0"/>
                <w:i w:val="0"/>
                <w:sz w:val="18"/>
              </w:rPr>
              <w:t>30年</w:t>
            </w:r>
          </w:p>
        </w:tc>
        <w:tc>
          <w:tcPr>
            <w:tcW w:type="dxa" w:w="1493"/>
          </w:tcPr>
          <w:p>
            <w:pPr>
              <w:spacing w:before="40" w:after="40" w:lineRule="exact" w:line="320"/>
              <w:ind w:firstLine="0"/>
            </w:pPr>
            <w:r/>
            <w:r>
              <w:rPr>
                <w:rFonts w:ascii="Times New Roman" w:hAnsi="Times New Roman" w:eastAsia="SimSun"/>
                <w:b w:val="0"/>
                <w:i w:val="0"/>
                <w:sz w:val="18"/>
              </w:rPr>
              <w:t>30年</w:t>
            </w:r>
          </w:p>
        </w:tc>
        <w:tc>
          <w:tcPr>
            <w:tcW w:type="dxa" w:w="1493"/>
          </w:tcPr>
          <w:p>
            <w:pPr>
              <w:spacing w:before="40" w:after="40" w:lineRule="exact" w:line="320"/>
              <w:ind w:firstLine="0"/>
            </w:pPr>
            <w:r/>
            <w:r>
              <w:rPr>
                <w:rFonts w:ascii="Times New Roman" w:hAnsi="Times New Roman" w:eastAsia="SimSun"/>
                <w:b w:val="0"/>
                <w:i w:val="0"/>
                <w:sz w:val="18"/>
              </w:rPr>
            </w:r>
          </w:p>
        </w:tc>
      </w:tr>
      <w:tr>
        <w:tc>
          <w:tcPr>
            <w:tcW w:type="dxa" w:w="1493"/>
          </w:tcPr>
          <w:p>
            <w:pPr>
              <w:spacing w:before="40" w:after="40" w:lineRule="exact" w:line="320"/>
              <w:ind w:firstLine="0"/>
            </w:pPr>
            <w:r/>
            <w:r>
              <w:rPr>
                <w:rFonts w:ascii="Times New Roman" w:hAnsi="Times New Roman" w:eastAsia="SimSun"/>
                <w:b w:val="0"/>
                <w:i w:val="0"/>
                <w:sz w:val="18"/>
              </w:rPr>
              <w:t>7</w:t>
            </w:r>
          </w:p>
        </w:tc>
        <w:tc>
          <w:tcPr>
            <w:tcW w:type="dxa" w:w="1493"/>
          </w:tcPr>
          <w:p>
            <w:pPr>
              <w:spacing w:before="40" w:after="40" w:lineRule="exact" w:line="320"/>
              <w:ind w:firstLine="0"/>
            </w:pPr>
            <w:r/>
            <w:r>
              <w:rPr>
                <w:rFonts w:ascii="Times New Roman" w:hAnsi="Times New Roman" w:eastAsia="SimSun"/>
                <w:b w:val="0"/>
                <w:i w:val="0"/>
                <w:sz w:val="18"/>
              </w:rPr>
              <w:t>税收日记账（总账）</w:t>
            </w:r>
          </w:p>
        </w:tc>
        <w:tc>
          <w:tcPr>
            <w:tcW w:type="dxa" w:w="1493"/>
          </w:tcPr>
          <w:p>
            <w:pPr>
              <w:spacing w:before="40" w:after="40" w:lineRule="exact" w:line="320"/>
              <w:ind w:firstLine="0"/>
            </w:pPr>
            <w:r/>
            <w:r>
              <w:rPr>
                <w:rFonts w:ascii="Times New Roman" w:hAnsi="Times New Roman" w:eastAsia="SimSun"/>
                <w:b w:val="0"/>
                <w:i w:val="0"/>
                <w:sz w:val="18"/>
              </w:rPr>
            </w:r>
          </w:p>
        </w:tc>
        <w:tc>
          <w:tcPr>
            <w:tcW w:type="dxa" w:w="1493"/>
          </w:tcPr>
          <w:p>
            <w:pPr>
              <w:spacing w:before="40" w:after="40" w:lineRule="exact" w:line="320"/>
              <w:ind w:firstLine="0"/>
            </w:pPr>
            <w:r/>
            <w:r>
              <w:rPr>
                <w:rFonts w:ascii="Times New Roman" w:hAnsi="Times New Roman" w:eastAsia="SimSun"/>
                <w:b w:val="0"/>
                <w:i w:val="0"/>
                <w:sz w:val="18"/>
              </w:rPr>
            </w:r>
          </w:p>
        </w:tc>
        <w:tc>
          <w:tcPr>
            <w:tcW w:type="dxa" w:w="1493"/>
          </w:tcPr>
          <w:p>
            <w:pPr>
              <w:spacing w:before="40" w:after="40" w:lineRule="exact" w:line="320"/>
              <w:ind w:firstLine="0"/>
            </w:pPr>
            <w:r/>
            <w:r>
              <w:rPr>
                <w:rFonts w:ascii="Times New Roman" w:hAnsi="Times New Roman" w:eastAsia="SimSun"/>
                <w:b w:val="0"/>
                <w:i w:val="0"/>
                <w:sz w:val="18"/>
              </w:rPr>
              <w:t>30年</w:t>
            </w:r>
          </w:p>
        </w:tc>
        <w:tc>
          <w:tcPr>
            <w:tcW w:type="dxa" w:w="1493"/>
          </w:tcPr>
          <w:p>
            <w:pPr>
              <w:spacing w:before="40" w:after="40" w:lineRule="exact" w:line="320"/>
              <w:ind w:firstLine="0"/>
            </w:pPr>
            <w:r/>
            <w:r>
              <w:rPr>
                <w:rFonts w:ascii="Times New Roman" w:hAnsi="Times New Roman" w:eastAsia="SimSun"/>
                <w:b w:val="0"/>
                <w:i w:val="0"/>
                <w:sz w:val="18"/>
              </w:rPr>
            </w:r>
          </w:p>
        </w:tc>
      </w:tr>
      <w:tr>
        <w:tc>
          <w:tcPr>
            <w:tcW w:type="dxa" w:w="1493"/>
          </w:tcPr>
          <w:p>
            <w:pPr>
              <w:spacing w:before="40" w:after="40" w:lineRule="exact" w:line="320"/>
              <w:ind w:firstLine="0"/>
            </w:pPr>
            <w:r/>
            <w:r>
              <w:rPr>
                <w:rFonts w:ascii="Times New Roman" w:hAnsi="Times New Roman" w:eastAsia="SimSun"/>
                <w:b w:val="0"/>
                <w:i w:val="0"/>
                <w:sz w:val="18"/>
              </w:rPr>
              <w:t>8</w:t>
            </w:r>
          </w:p>
        </w:tc>
        <w:tc>
          <w:tcPr>
            <w:tcW w:type="dxa" w:w="1493"/>
          </w:tcPr>
          <w:p>
            <w:pPr>
              <w:spacing w:before="40" w:after="40" w:lineRule="exact" w:line="320"/>
              <w:ind w:firstLine="0"/>
            </w:pPr>
            <w:r/>
            <w:r>
              <w:rPr>
                <w:rFonts w:ascii="Times New Roman" w:hAnsi="Times New Roman" w:eastAsia="SimSun"/>
                <w:b w:val="0"/>
                <w:i w:val="0"/>
                <w:sz w:val="18"/>
              </w:rPr>
              <w:t>明细分类、分户账或登记簿</w:t>
            </w:r>
          </w:p>
        </w:tc>
        <w:tc>
          <w:tcPr>
            <w:tcW w:type="dxa" w:w="1493"/>
          </w:tcPr>
          <w:p>
            <w:pPr>
              <w:spacing w:before="40" w:after="40" w:lineRule="exact" w:line="320"/>
              <w:ind w:firstLine="0"/>
            </w:pPr>
            <w:r/>
            <w:r>
              <w:rPr>
                <w:rFonts w:ascii="Times New Roman" w:hAnsi="Times New Roman" w:eastAsia="SimSun"/>
                <w:b w:val="0"/>
                <w:i w:val="0"/>
                <w:sz w:val="18"/>
              </w:rPr>
              <w:t>30年</w:t>
            </w:r>
          </w:p>
        </w:tc>
        <w:tc>
          <w:tcPr>
            <w:tcW w:type="dxa" w:w="1493"/>
          </w:tcPr>
          <w:p>
            <w:pPr>
              <w:spacing w:before="40" w:after="40" w:lineRule="exact" w:line="320"/>
              <w:ind w:firstLine="0"/>
            </w:pPr>
            <w:r/>
            <w:r>
              <w:rPr>
                <w:rFonts w:ascii="Times New Roman" w:hAnsi="Times New Roman" w:eastAsia="SimSun"/>
                <w:b w:val="0"/>
                <w:i w:val="0"/>
                <w:sz w:val="18"/>
              </w:rPr>
              <w:t>30年</w:t>
            </w:r>
          </w:p>
        </w:tc>
        <w:tc>
          <w:tcPr>
            <w:tcW w:type="dxa" w:w="1493"/>
          </w:tcPr>
          <w:p>
            <w:pPr>
              <w:spacing w:before="40" w:after="40" w:lineRule="exact" w:line="320"/>
              <w:ind w:firstLine="0"/>
            </w:pPr>
            <w:r/>
            <w:r>
              <w:rPr>
                <w:rFonts w:ascii="Times New Roman" w:hAnsi="Times New Roman" w:eastAsia="SimSun"/>
                <w:b w:val="0"/>
                <w:i w:val="0"/>
                <w:sz w:val="18"/>
              </w:rPr>
              <w:t>30年</w:t>
            </w:r>
          </w:p>
        </w:tc>
        <w:tc>
          <w:tcPr>
            <w:tcW w:type="dxa" w:w="1493"/>
          </w:tcPr>
          <w:p>
            <w:pPr>
              <w:spacing w:before="40" w:after="40" w:lineRule="exact" w:line="320"/>
              <w:ind w:firstLine="0"/>
            </w:pPr>
            <w:r/>
            <w:r>
              <w:rPr>
                <w:rFonts w:ascii="Times New Roman" w:hAnsi="Times New Roman" w:eastAsia="SimSun"/>
                <w:b w:val="0"/>
                <w:i w:val="0"/>
                <w:sz w:val="18"/>
              </w:rPr>
            </w:r>
          </w:p>
        </w:tc>
      </w:tr>
      <w:tr>
        <w:tc>
          <w:tcPr>
            <w:tcW w:type="dxa" w:w="1493"/>
          </w:tcPr>
          <w:p>
            <w:pPr>
              <w:spacing w:before="40" w:after="40" w:lineRule="exact" w:line="320"/>
              <w:ind w:firstLine="0"/>
            </w:pPr>
            <w:r/>
            <w:r>
              <w:rPr>
                <w:rFonts w:ascii="Times New Roman" w:hAnsi="Times New Roman" w:eastAsia="SimSun"/>
                <w:b w:val="0"/>
                <w:i w:val="0"/>
                <w:sz w:val="18"/>
              </w:rPr>
              <w:t>9</w:t>
            </w:r>
          </w:p>
        </w:tc>
        <w:tc>
          <w:tcPr>
            <w:tcW w:type="dxa" w:w="1493"/>
          </w:tcPr>
          <w:p>
            <w:pPr>
              <w:spacing w:before="40" w:after="40" w:lineRule="exact" w:line="320"/>
              <w:ind w:firstLine="0"/>
            </w:pPr>
            <w:r/>
            <w:r>
              <w:rPr>
                <w:rFonts w:ascii="Times New Roman" w:hAnsi="Times New Roman" w:eastAsia="SimSun"/>
                <w:b w:val="0"/>
                <w:i w:val="0"/>
                <w:sz w:val="18"/>
              </w:rPr>
              <w:t>行政单位和事业单位固定资产卡片</w:t>
            </w:r>
          </w:p>
        </w:tc>
        <w:tc>
          <w:tcPr>
            <w:tcW w:type="dxa" w:w="1493"/>
          </w:tcPr>
          <w:p>
            <w:pPr>
              <w:spacing w:before="40" w:after="40" w:lineRule="exact" w:line="320"/>
              <w:ind w:firstLine="0"/>
            </w:pPr>
            <w:r/>
            <w:r>
              <w:rPr>
                <w:rFonts w:ascii="Times New Roman" w:hAnsi="Times New Roman" w:eastAsia="SimSun"/>
                <w:b w:val="0"/>
                <w:i w:val="0"/>
                <w:sz w:val="18"/>
              </w:rPr>
            </w:r>
          </w:p>
        </w:tc>
        <w:tc>
          <w:tcPr>
            <w:tcW w:type="dxa" w:w="1493"/>
          </w:tcPr>
          <w:p>
            <w:pPr>
              <w:spacing w:before="40" w:after="40" w:lineRule="exact" w:line="320"/>
              <w:ind w:firstLine="0"/>
            </w:pPr>
            <w:r/>
            <w:r>
              <w:rPr>
                <w:rFonts w:ascii="Times New Roman" w:hAnsi="Times New Roman" w:eastAsia="SimSun"/>
                <w:b w:val="0"/>
                <w:i w:val="0"/>
                <w:sz w:val="18"/>
              </w:rPr>
            </w:r>
          </w:p>
        </w:tc>
        <w:tc>
          <w:tcPr>
            <w:tcW w:type="dxa" w:w="1493"/>
          </w:tcPr>
          <w:p>
            <w:pPr>
              <w:spacing w:before="40" w:after="40" w:lineRule="exact" w:line="320"/>
              <w:ind w:firstLine="0"/>
            </w:pPr>
            <w:r/>
            <w:r>
              <w:rPr>
                <w:rFonts w:ascii="Times New Roman" w:hAnsi="Times New Roman" w:eastAsia="SimSun"/>
                <w:b w:val="0"/>
                <w:i w:val="0"/>
                <w:sz w:val="18"/>
              </w:rPr>
            </w:r>
          </w:p>
        </w:tc>
        <w:tc>
          <w:tcPr>
            <w:tcW w:type="dxa" w:w="1493"/>
          </w:tcPr>
          <w:p>
            <w:pPr>
              <w:spacing w:before="40" w:after="40" w:lineRule="exact" w:line="320"/>
              <w:ind w:firstLine="0"/>
            </w:pPr>
            <w:r/>
            <w:r>
              <w:rPr>
                <w:rFonts w:ascii="Times New Roman" w:hAnsi="Times New Roman" w:eastAsia="SimSun"/>
                <w:b w:val="0"/>
                <w:i w:val="0"/>
                <w:sz w:val="18"/>
              </w:rPr>
              <w:t>固定资产报废清理后保管5年</w:t>
            </w:r>
          </w:p>
        </w:tc>
      </w:tr>
      <w:tr>
        <w:tc>
          <w:tcPr>
            <w:tcW w:type="dxa" w:w="1493"/>
          </w:tcPr>
          <w:p>
            <w:pPr>
              <w:spacing w:before="40" w:after="40" w:lineRule="exact" w:line="320"/>
              <w:ind w:firstLine="0"/>
            </w:pPr>
            <w:r/>
            <w:r>
              <w:rPr>
                <w:rFonts w:ascii="Times New Roman" w:hAnsi="Times New Roman" w:eastAsia="SimSun"/>
                <w:b w:val="0"/>
                <w:i w:val="0"/>
                <w:sz w:val="18"/>
              </w:rPr>
              <w:t>三</w:t>
            </w:r>
          </w:p>
        </w:tc>
        <w:tc>
          <w:tcPr>
            <w:tcW w:type="dxa" w:w="1493"/>
          </w:tcPr>
          <w:p>
            <w:pPr>
              <w:spacing w:before="40" w:after="40" w:lineRule="exact" w:line="320"/>
              <w:ind w:firstLine="0"/>
            </w:pPr>
            <w:r/>
            <w:r>
              <w:rPr>
                <w:rFonts w:ascii="Times New Roman" w:hAnsi="Times New Roman" w:eastAsia="SimSun"/>
                <w:b w:val="0"/>
                <w:i w:val="0"/>
                <w:sz w:val="18"/>
              </w:rPr>
              <w:t>财务会计报告</w:t>
            </w:r>
          </w:p>
        </w:tc>
        <w:tc>
          <w:tcPr>
            <w:tcW w:type="dxa" w:w="1493"/>
          </w:tcPr>
          <w:p>
            <w:pPr>
              <w:spacing w:before="40" w:after="40" w:lineRule="exact" w:line="320"/>
              <w:ind w:firstLine="0"/>
            </w:pPr>
            <w:r/>
            <w:r>
              <w:rPr>
                <w:rFonts w:ascii="Times New Roman" w:hAnsi="Times New Roman" w:eastAsia="SimSun"/>
                <w:b w:val="0"/>
                <w:i w:val="0"/>
                <w:sz w:val="18"/>
              </w:rPr>
            </w:r>
          </w:p>
        </w:tc>
        <w:tc>
          <w:tcPr>
            <w:tcW w:type="dxa" w:w="1493"/>
          </w:tcPr>
          <w:p>
            <w:pPr>
              <w:spacing w:before="40" w:after="40" w:lineRule="exact" w:line="320"/>
              <w:ind w:firstLine="0"/>
            </w:pPr>
            <w:r/>
            <w:r>
              <w:rPr>
                <w:rFonts w:ascii="Times New Roman" w:hAnsi="Times New Roman" w:eastAsia="SimSun"/>
                <w:b w:val="0"/>
                <w:i w:val="0"/>
                <w:sz w:val="18"/>
              </w:rPr>
            </w:r>
          </w:p>
        </w:tc>
        <w:tc>
          <w:tcPr>
            <w:tcW w:type="dxa" w:w="1493"/>
          </w:tcPr>
          <w:p>
            <w:pPr>
              <w:spacing w:before="40" w:after="40" w:lineRule="exact" w:line="320"/>
              <w:ind w:firstLine="0"/>
            </w:pPr>
            <w:r/>
            <w:r>
              <w:rPr>
                <w:rFonts w:ascii="Times New Roman" w:hAnsi="Times New Roman" w:eastAsia="SimSun"/>
                <w:b w:val="0"/>
                <w:i w:val="0"/>
                <w:sz w:val="18"/>
              </w:rPr>
            </w:r>
          </w:p>
        </w:tc>
        <w:tc>
          <w:tcPr>
            <w:tcW w:type="dxa" w:w="1493"/>
          </w:tcPr>
          <w:p>
            <w:pPr>
              <w:spacing w:before="40" w:after="40" w:lineRule="exact" w:line="320"/>
              <w:ind w:firstLine="0"/>
            </w:pPr>
            <w:r/>
            <w:r>
              <w:rPr>
                <w:rFonts w:ascii="Times New Roman" w:hAnsi="Times New Roman" w:eastAsia="SimSun"/>
                <w:b w:val="0"/>
                <w:i w:val="0"/>
                <w:sz w:val="18"/>
              </w:rPr>
            </w:r>
          </w:p>
        </w:tc>
      </w:tr>
      <w:tr>
        <w:tc>
          <w:tcPr>
            <w:tcW w:type="dxa" w:w="1493"/>
          </w:tcPr>
          <w:p>
            <w:pPr>
              <w:spacing w:before="40" w:after="40" w:lineRule="exact" w:line="320"/>
              <w:ind w:firstLine="0"/>
            </w:pPr>
            <w:r/>
            <w:r>
              <w:rPr>
                <w:rFonts w:ascii="Times New Roman" w:hAnsi="Times New Roman" w:eastAsia="SimSun"/>
                <w:b w:val="0"/>
                <w:i w:val="0"/>
                <w:sz w:val="18"/>
              </w:rPr>
              <w:t>10</w:t>
            </w:r>
          </w:p>
        </w:tc>
        <w:tc>
          <w:tcPr>
            <w:tcW w:type="dxa" w:w="1493"/>
          </w:tcPr>
          <w:p>
            <w:pPr>
              <w:spacing w:before="40" w:after="40" w:lineRule="exact" w:line="320"/>
              <w:ind w:firstLine="0"/>
            </w:pPr>
            <w:r/>
            <w:r>
              <w:rPr>
                <w:rFonts w:ascii="Times New Roman" w:hAnsi="Times New Roman" w:eastAsia="SimSun"/>
                <w:b w:val="0"/>
                <w:i w:val="0"/>
                <w:sz w:val="18"/>
              </w:rPr>
              <w:t>政府综合财务报告</w:t>
            </w:r>
          </w:p>
        </w:tc>
        <w:tc>
          <w:tcPr>
            <w:tcW w:type="dxa" w:w="1493"/>
          </w:tcPr>
          <w:p>
            <w:pPr>
              <w:spacing w:before="40" w:after="40" w:lineRule="exact" w:line="320"/>
              <w:ind w:firstLine="0"/>
            </w:pPr>
            <w:r/>
            <w:r>
              <w:rPr>
                <w:rFonts w:ascii="Times New Roman" w:hAnsi="Times New Roman" w:eastAsia="SimSun"/>
                <w:b w:val="0"/>
                <w:i w:val="0"/>
                <w:sz w:val="18"/>
              </w:rPr>
              <w:t>永久</w:t>
            </w:r>
          </w:p>
        </w:tc>
        <w:tc>
          <w:tcPr>
            <w:tcW w:type="dxa" w:w="1493"/>
          </w:tcPr>
          <w:p>
            <w:pPr>
              <w:spacing w:before="40" w:after="40" w:lineRule="exact" w:line="320"/>
              <w:ind w:firstLine="0"/>
            </w:pPr>
            <w:r/>
            <w:r>
              <w:rPr>
                <w:rFonts w:ascii="Times New Roman" w:hAnsi="Times New Roman" w:eastAsia="SimSun"/>
                <w:b w:val="0"/>
                <w:i w:val="0"/>
                <w:sz w:val="18"/>
              </w:rPr>
            </w:r>
          </w:p>
        </w:tc>
        <w:tc>
          <w:tcPr>
            <w:tcW w:type="dxa" w:w="1493"/>
          </w:tcPr>
          <w:p>
            <w:pPr>
              <w:spacing w:before="40" w:after="40" w:lineRule="exact" w:line="320"/>
              <w:ind w:firstLine="0"/>
            </w:pPr>
            <w:r/>
            <w:r>
              <w:rPr>
                <w:rFonts w:ascii="Times New Roman" w:hAnsi="Times New Roman" w:eastAsia="SimSun"/>
                <w:b w:val="0"/>
                <w:i w:val="0"/>
                <w:sz w:val="18"/>
              </w:rPr>
            </w:r>
          </w:p>
        </w:tc>
        <w:tc>
          <w:tcPr>
            <w:tcW w:type="dxa" w:w="1493"/>
          </w:tcPr>
          <w:p>
            <w:pPr>
              <w:spacing w:before="40" w:after="40" w:lineRule="exact" w:line="320"/>
              <w:ind w:firstLine="0"/>
            </w:pPr>
            <w:r/>
            <w:r>
              <w:rPr>
                <w:rFonts w:ascii="Times New Roman" w:hAnsi="Times New Roman" w:eastAsia="SimSun"/>
                <w:b w:val="0"/>
                <w:i w:val="0"/>
                <w:sz w:val="18"/>
              </w:rPr>
              <w:t>下级财政、本级部门和单位报送的保管2年</w:t>
            </w:r>
          </w:p>
        </w:tc>
      </w:tr>
      <w:tr>
        <w:tc>
          <w:tcPr>
            <w:tcW w:type="dxa" w:w="1493"/>
          </w:tcPr>
          <w:p>
            <w:pPr>
              <w:spacing w:before="40" w:after="40" w:lineRule="exact" w:line="320"/>
              <w:ind w:firstLine="0"/>
            </w:pPr>
            <w:r/>
            <w:r>
              <w:rPr>
                <w:rFonts w:ascii="Times New Roman" w:hAnsi="Times New Roman" w:eastAsia="SimSun"/>
                <w:b w:val="0"/>
                <w:i w:val="0"/>
                <w:sz w:val="18"/>
              </w:rPr>
              <w:t>11</w:t>
            </w:r>
          </w:p>
        </w:tc>
        <w:tc>
          <w:tcPr>
            <w:tcW w:type="dxa" w:w="1493"/>
          </w:tcPr>
          <w:p>
            <w:pPr>
              <w:spacing w:before="40" w:after="40" w:lineRule="exact" w:line="320"/>
              <w:ind w:firstLine="0"/>
            </w:pPr>
            <w:r/>
            <w:r>
              <w:rPr>
                <w:rFonts w:ascii="Times New Roman" w:hAnsi="Times New Roman" w:eastAsia="SimSun"/>
                <w:b w:val="0"/>
                <w:i w:val="0"/>
                <w:sz w:val="18"/>
              </w:rPr>
              <w:t>部门财务报告</w:t>
            </w:r>
          </w:p>
        </w:tc>
        <w:tc>
          <w:tcPr>
            <w:tcW w:type="dxa" w:w="1493"/>
          </w:tcPr>
          <w:p>
            <w:pPr>
              <w:spacing w:before="40" w:after="40" w:lineRule="exact" w:line="320"/>
              <w:ind w:firstLine="0"/>
            </w:pPr>
            <w:r/>
            <w:r>
              <w:rPr>
                <w:rFonts w:ascii="Times New Roman" w:hAnsi="Times New Roman" w:eastAsia="SimSun"/>
                <w:b w:val="0"/>
                <w:i w:val="0"/>
                <w:sz w:val="18"/>
              </w:rPr>
            </w:r>
          </w:p>
        </w:tc>
        <w:tc>
          <w:tcPr>
            <w:tcW w:type="dxa" w:w="1493"/>
          </w:tcPr>
          <w:p>
            <w:pPr>
              <w:spacing w:before="40" w:after="40" w:lineRule="exact" w:line="320"/>
              <w:ind w:firstLine="0"/>
            </w:pPr>
            <w:r/>
            <w:r>
              <w:rPr>
                <w:rFonts w:ascii="Times New Roman" w:hAnsi="Times New Roman" w:eastAsia="SimSun"/>
                <w:b w:val="0"/>
                <w:i w:val="0"/>
                <w:sz w:val="18"/>
              </w:rPr>
              <w:t>永久</w:t>
            </w:r>
          </w:p>
        </w:tc>
        <w:tc>
          <w:tcPr>
            <w:tcW w:type="dxa" w:w="1493"/>
          </w:tcPr>
          <w:p>
            <w:pPr>
              <w:spacing w:before="40" w:after="40" w:lineRule="exact" w:line="320"/>
              <w:ind w:firstLine="0"/>
            </w:pPr>
            <w:r/>
            <w:r>
              <w:rPr>
                <w:rFonts w:ascii="Times New Roman" w:hAnsi="Times New Roman" w:eastAsia="SimSun"/>
                <w:b w:val="0"/>
                <w:i w:val="0"/>
                <w:sz w:val="18"/>
              </w:rPr>
            </w:r>
          </w:p>
        </w:tc>
        <w:tc>
          <w:tcPr>
            <w:tcW w:type="dxa" w:w="1493"/>
          </w:tcPr>
          <w:p>
            <w:pPr>
              <w:spacing w:before="40" w:after="40" w:lineRule="exact" w:line="320"/>
              <w:ind w:firstLine="0"/>
            </w:pPr>
            <w:r/>
            <w:r>
              <w:rPr>
                <w:rFonts w:ascii="Times New Roman" w:hAnsi="Times New Roman" w:eastAsia="SimSun"/>
                <w:b w:val="0"/>
                <w:i w:val="0"/>
                <w:sz w:val="18"/>
              </w:rPr>
              <w:t>所属单位报送的保管2年</w:t>
            </w:r>
          </w:p>
        </w:tc>
      </w:tr>
      <w:tr>
        <w:tc>
          <w:tcPr>
            <w:tcW w:type="dxa" w:w="1493"/>
          </w:tcPr>
          <w:p>
            <w:pPr>
              <w:spacing w:before="40" w:after="40" w:lineRule="exact" w:line="320"/>
              <w:ind w:firstLine="0"/>
            </w:pPr>
            <w:r/>
            <w:r>
              <w:rPr>
                <w:rFonts w:ascii="Times New Roman" w:hAnsi="Times New Roman" w:eastAsia="SimSun"/>
                <w:b w:val="0"/>
                <w:i w:val="0"/>
                <w:sz w:val="18"/>
              </w:rPr>
              <w:t>12</w:t>
            </w:r>
          </w:p>
        </w:tc>
        <w:tc>
          <w:tcPr>
            <w:tcW w:type="dxa" w:w="1493"/>
          </w:tcPr>
          <w:p>
            <w:pPr>
              <w:spacing w:before="40" w:after="40" w:lineRule="exact" w:line="320"/>
              <w:ind w:firstLine="0"/>
            </w:pPr>
            <w:r/>
            <w:r>
              <w:rPr>
                <w:rFonts w:ascii="Times New Roman" w:hAnsi="Times New Roman" w:eastAsia="SimSun"/>
                <w:b w:val="0"/>
                <w:i w:val="0"/>
                <w:sz w:val="18"/>
              </w:rPr>
              <w:t>财政总决算</w:t>
            </w:r>
          </w:p>
        </w:tc>
        <w:tc>
          <w:tcPr>
            <w:tcW w:type="dxa" w:w="1493"/>
          </w:tcPr>
          <w:p>
            <w:pPr>
              <w:spacing w:before="40" w:after="40" w:lineRule="exact" w:line="320"/>
              <w:ind w:firstLine="0"/>
            </w:pPr>
            <w:r/>
            <w:r>
              <w:rPr>
                <w:rFonts w:ascii="Times New Roman" w:hAnsi="Times New Roman" w:eastAsia="SimSun"/>
                <w:b w:val="0"/>
                <w:i w:val="0"/>
                <w:sz w:val="18"/>
              </w:rPr>
              <w:t>永久</w:t>
            </w:r>
          </w:p>
        </w:tc>
        <w:tc>
          <w:tcPr>
            <w:tcW w:type="dxa" w:w="1493"/>
          </w:tcPr>
          <w:p>
            <w:pPr>
              <w:spacing w:before="40" w:after="40" w:lineRule="exact" w:line="320"/>
              <w:ind w:firstLine="0"/>
            </w:pPr>
            <w:r/>
            <w:r>
              <w:rPr>
                <w:rFonts w:ascii="Times New Roman" w:hAnsi="Times New Roman" w:eastAsia="SimSun"/>
                <w:b w:val="0"/>
                <w:i w:val="0"/>
                <w:sz w:val="18"/>
              </w:rPr>
            </w:r>
          </w:p>
        </w:tc>
        <w:tc>
          <w:tcPr>
            <w:tcW w:type="dxa" w:w="1493"/>
          </w:tcPr>
          <w:p>
            <w:pPr>
              <w:spacing w:before="40" w:after="40" w:lineRule="exact" w:line="320"/>
              <w:ind w:firstLine="0"/>
            </w:pPr>
            <w:r/>
            <w:r>
              <w:rPr>
                <w:rFonts w:ascii="Times New Roman" w:hAnsi="Times New Roman" w:eastAsia="SimSun"/>
                <w:b w:val="0"/>
                <w:i w:val="0"/>
                <w:sz w:val="18"/>
              </w:rPr>
            </w:r>
          </w:p>
        </w:tc>
        <w:tc>
          <w:tcPr>
            <w:tcW w:type="dxa" w:w="1493"/>
          </w:tcPr>
          <w:p>
            <w:pPr>
              <w:spacing w:before="40" w:after="40" w:lineRule="exact" w:line="320"/>
              <w:ind w:firstLine="0"/>
            </w:pPr>
            <w:r/>
            <w:r>
              <w:rPr>
                <w:rFonts w:ascii="Times New Roman" w:hAnsi="Times New Roman" w:eastAsia="SimSun"/>
                <w:b w:val="0"/>
                <w:i w:val="0"/>
                <w:sz w:val="18"/>
              </w:rPr>
              <w:t>下级财政、本级部门和单位报送的保管2年</w:t>
            </w:r>
          </w:p>
        </w:tc>
      </w:tr>
      <w:tr>
        <w:tc>
          <w:tcPr>
            <w:tcW w:type="dxa" w:w="1493"/>
          </w:tcPr>
          <w:p>
            <w:pPr>
              <w:spacing w:before="40" w:after="40" w:lineRule="exact" w:line="320"/>
              <w:ind w:firstLine="0"/>
            </w:pPr>
            <w:r/>
            <w:r>
              <w:rPr>
                <w:rFonts w:ascii="Times New Roman" w:hAnsi="Times New Roman" w:eastAsia="SimSun"/>
                <w:b w:val="0"/>
                <w:i w:val="0"/>
                <w:sz w:val="18"/>
              </w:rPr>
              <w:t>13</w:t>
            </w:r>
          </w:p>
        </w:tc>
        <w:tc>
          <w:tcPr>
            <w:tcW w:type="dxa" w:w="1493"/>
          </w:tcPr>
          <w:p>
            <w:pPr>
              <w:spacing w:before="40" w:after="40" w:lineRule="exact" w:line="320"/>
              <w:ind w:firstLine="0"/>
            </w:pPr>
            <w:r/>
            <w:r>
              <w:rPr>
                <w:rFonts w:ascii="Times New Roman" w:hAnsi="Times New Roman" w:eastAsia="SimSun"/>
                <w:b w:val="0"/>
                <w:i w:val="0"/>
                <w:sz w:val="18"/>
              </w:rPr>
              <w:t>部门决算</w:t>
            </w:r>
          </w:p>
        </w:tc>
        <w:tc>
          <w:tcPr>
            <w:tcW w:type="dxa" w:w="1493"/>
          </w:tcPr>
          <w:p>
            <w:pPr>
              <w:spacing w:before="40" w:after="40" w:lineRule="exact" w:line="320"/>
              <w:ind w:firstLine="0"/>
            </w:pPr>
            <w:r/>
            <w:r>
              <w:rPr>
                <w:rFonts w:ascii="Times New Roman" w:hAnsi="Times New Roman" w:eastAsia="SimSun"/>
                <w:b w:val="0"/>
                <w:i w:val="0"/>
                <w:sz w:val="18"/>
              </w:rPr>
            </w:r>
          </w:p>
        </w:tc>
        <w:tc>
          <w:tcPr>
            <w:tcW w:type="dxa" w:w="1493"/>
          </w:tcPr>
          <w:p>
            <w:pPr>
              <w:spacing w:before="40" w:after="40" w:lineRule="exact" w:line="320"/>
              <w:ind w:firstLine="0"/>
            </w:pPr>
            <w:r/>
            <w:r>
              <w:rPr>
                <w:rFonts w:ascii="Times New Roman" w:hAnsi="Times New Roman" w:eastAsia="SimSun"/>
                <w:b w:val="0"/>
                <w:i w:val="0"/>
                <w:sz w:val="18"/>
              </w:rPr>
              <w:t>永久</w:t>
            </w:r>
          </w:p>
        </w:tc>
        <w:tc>
          <w:tcPr>
            <w:tcW w:type="dxa" w:w="1493"/>
          </w:tcPr>
          <w:p>
            <w:pPr>
              <w:spacing w:before="40" w:after="40" w:lineRule="exact" w:line="320"/>
              <w:ind w:firstLine="0"/>
            </w:pPr>
            <w:r/>
            <w:r>
              <w:rPr>
                <w:rFonts w:ascii="Times New Roman" w:hAnsi="Times New Roman" w:eastAsia="SimSun"/>
                <w:b w:val="0"/>
                <w:i w:val="0"/>
                <w:sz w:val="18"/>
              </w:rPr>
            </w:r>
          </w:p>
        </w:tc>
        <w:tc>
          <w:tcPr>
            <w:tcW w:type="dxa" w:w="1493"/>
          </w:tcPr>
          <w:p>
            <w:pPr>
              <w:spacing w:before="40" w:after="40" w:lineRule="exact" w:line="320"/>
              <w:ind w:firstLine="0"/>
            </w:pPr>
            <w:r/>
            <w:r>
              <w:rPr>
                <w:rFonts w:ascii="Times New Roman" w:hAnsi="Times New Roman" w:eastAsia="SimSun"/>
                <w:b w:val="0"/>
                <w:i w:val="0"/>
                <w:sz w:val="18"/>
              </w:rPr>
              <w:t>所属单位报送的保管2年</w:t>
            </w:r>
          </w:p>
        </w:tc>
      </w:tr>
      <w:tr>
        <w:tc>
          <w:tcPr>
            <w:tcW w:type="dxa" w:w="1493"/>
          </w:tcPr>
          <w:p>
            <w:pPr>
              <w:spacing w:before="40" w:after="40" w:lineRule="exact" w:line="320"/>
              <w:ind w:firstLine="0"/>
            </w:pPr>
            <w:r/>
            <w:r>
              <w:rPr>
                <w:rFonts w:ascii="Times New Roman" w:hAnsi="Times New Roman" w:eastAsia="SimSun"/>
                <w:b w:val="0"/>
                <w:i w:val="0"/>
                <w:sz w:val="18"/>
              </w:rPr>
              <w:t>14</w:t>
            </w:r>
          </w:p>
        </w:tc>
        <w:tc>
          <w:tcPr>
            <w:tcW w:type="dxa" w:w="1493"/>
          </w:tcPr>
          <w:p>
            <w:pPr>
              <w:spacing w:before="40" w:after="40" w:lineRule="exact" w:line="320"/>
              <w:ind w:firstLine="0"/>
            </w:pPr>
            <w:r/>
            <w:r>
              <w:rPr>
                <w:rFonts w:ascii="Times New Roman" w:hAnsi="Times New Roman" w:eastAsia="SimSun"/>
                <w:b w:val="0"/>
                <w:i w:val="0"/>
                <w:sz w:val="18"/>
              </w:rPr>
              <w:t>税收年报（决算）</w:t>
            </w:r>
          </w:p>
        </w:tc>
        <w:tc>
          <w:tcPr>
            <w:tcW w:type="dxa" w:w="1493"/>
          </w:tcPr>
          <w:p>
            <w:pPr>
              <w:spacing w:before="40" w:after="40" w:lineRule="exact" w:line="320"/>
              <w:ind w:firstLine="0"/>
            </w:pPr>
            <w:r/>
            <w:r>
              <w:rPr>
                <w:rFonts w:ascii="Times New Roman" w:hAnsi="Times New Roman" w:eastAsia="SimSun"/>
                <w:b w:val="0"/>
                <w:i w:val="0"/>
                <w:sz w:val="18"/>
              </w:rPr>
            </w:r>
          </w:p>
        </w:tc>
        <w:tc>
          <w:tcPr>
            <w:tcW w:type="dxa" w:w="1493"/>
          </w:tcPr>
          <w:p>
            <w:pPr>
              <w:spacing w:before="40" w:after="40" w:lineRule="exact" w:line="320"/>
              <w:ind w:firstLine="0"/>
            </w:pPr>
            <w:r/>
            <w:r>
              <w:rPr>
                <w:rFonts w:ascii="Times New Roman" w:hAnsi="Times New Roman" w:eastAsia="SimSun"/>
                <w:b w:val="0"/>
                <w:i w:val="0"/>
                <w:sz w:val="18"/>
              </w:rPr>
            </w:r>
          </w:p>
        </w:tc>
        <w:tc>
          <w:tcPr>
            <w:tcW w:type="dxa" w:w="1493"/>
          </w:tcPr>
          <w:p>
            <w:pPr>
              <w:spacing w:before="40" w:after="40" w:lineRule="exact" w:line="320"/>
              <w:ind w:firstLine="0"/>
            </w:pPr>
            <w:r/>
            <w:r>
              <w:rPr>
                <w:rFonts w:ascii="Times New Roman" w:hAnsi="Times New Roman" w:eastAsia="SimSun"/>
                <w:b w:val="0"/>
                <w:i w:val="0"/>
                <w:sz w:val="18"/>
              </w:rPr>
              <w:t>永久</w:t>
            </w:r>
          </w:p>
        </w:tc>
        <w:tc>
          <w:tcPr>
            <w:tcW w:type="dxa" w:w="1493"/>
          </w:tcPr>
          <w:p>
            <w:pPr>
              <w:spacing w:before="40" w:after="40" w:lineRule="exact" w:line="320"/>
              <w:ind w:firstLine="0"/>
            </w:pPr>
            <w:r/>
            <w:r>
              <w:rPr>
                <w:rFonts w:ascii="Times New Roman" w:hAnsi="Times New Roman" w:eastAsia="SimSun"/>
                <w:b w:val="0"/>
                <w:i w:val="0"/>
                <w:sz w:val="18"/>
              </w:rPr>
            </w:r>
          </w:p>
        </w:tc>
      </w:tr>
      <w:tr>
        <w:tc>
          <w:tcPr>
            <w:tcW w:type="dxa" w:w="1493"/>
          </w:tcPr>
          <w:p>
            <w:pPr>
              <w:spacing w:before="40" w:after="40" w:lineRule="exact" w:line="320"/>
              <w:ind w:firstLine="0"/>
            </w:pPr>
            <w:r/>
            <w:r>
              <w:rPr>
                <w:rFonts w:ascii="Times New Roman" w:hAnsi="Times New Roman" w:eastAsia="SimSun"/>
                <w:b w:val="0"/>
                <w:i w:val="0"/>
                <w:sz w:val="18"/>
              </w:rPr>
              <w:t>15</w:t>
            </w:r>
          </w:p>
        </w:tc>
        <w:tc>
          <w:tcPr>
            <w:tcW w:type="dxa" w:w="1493"/>
          </w:tcPr>
          <w:p>
            <w:pPr>
              <w:spacing w:before="40" w:after="40" w:lineRule="exact" w:line="320"/>
              <w:ind w:firstLine="0"/>
            </w:pPr>
            <w:r/>
            <w:r>
              <w:rPr>
                <w:rFonts w:ascii="Times New Roman" w:hAnsi="Times New Roman" w:eastAsia="SimSun"/>
                <w:b w:val="0"/>
                <w:i w:val="0"/>
                <w:sz w:val="18"/>
              </w:rPr>
              <w:t>国家金库年报（决算）</w:t>
            </w:r>
          </w:p>
        </w:tc>
        <w:tc>
          <w:tcPr>
            <w:tcW w:type="dxa" w:w="1493"/>
          </w:tcPr>
          <w:p>
            <w:pPr>
              <w:spacing w:before="40" w:after="40" w:lineRule="exact" w:line="320"/>
              <w:ind w:firstLine="0"/>
            </w:pPr>
            <w:r/>
            <w:r>
              <w:rPr>
                <w:rFonts w:ascii="Times New Roman" w:hAnsi="Times New Roman" w:eastAsia="SimSun"/>
                <w:b w:val="0"/>
                <w:i w:val="0"/>
                <w:sz w:val="18"/>
              </w:rPr>
              <w:t>10年</w:t>
            </w:r>
          </w:p>
        </w:tc>
        <w:tc>
          <w:tcPr>
            <w:tcW w:type="dxa" w:w="1493"/>
          </w:tcPr>
          <w:p>
            <w:pPr>
              <w:spacing w:before="40" w:after="40" w:lineRule="exact" w:line="320"/>
              <w:ind w:firstLine="0"/>
            </w:pPr>
            <w:r/>
            <w:r>
              <w:rPr>
                <w:rFonts w:ascii="Times New Roman" w:hAnsi="Times New Roman" w:eastAsia="SimSun"/>
                <w:b w:val="0"/>
                <w:i w:val="0"/>
                <w:sz w:val="18"/>
              </w:rPr>
            </w:r>
          </w:p>
        </w:tc>
        <w:tc>
          <w:tcPr>
            <w:tcW w:type="dxa" w:w="1493"/>
          </w:tcPr>
          <w:p>
            <w:pPr>
              <w:spacing w:before="40" w:after="40" w:lineRule="exact" w:line="320"/>
              <w:ind w:firstLine="0"/>
            </w:pPr>
            <w:r/>
            <w:r>
              <w:rPr>
                <w:rFonts w:ascii="Times New Roman" w:hAnsi="Times New Roman" w:eastAsia="SimSun"/>
                <w:b w:val="0"/>
                <w:i w:val="0"/>
                <w:sz w:val="18"/>
              </w:rPr>
            </w:r>
          </w:p>
        </w:tc>
        <w:tc>
          <w:tcPr>
            <w:tcW w:type="dxa" w:w="1493"/>
          </w:tcPr>
          <w:p>
            <w:pPr>
              <w:spacing w:before="40" w:after="40" w:lineRule="exact" w:line="320"/>
              <w:ind w:firstLine="0"/>
            </w:pPr>
            <w:r/>
            <w:r>
              <w:rPr>
                <w:rFonts w:ascii="Times New Roman" w:hAnsi="Times New Roman" w:eastAsia="SimSun"/>
                <w:b w:val="0"/>
                <w:i w:val="0"/>
                <w:sz w:val="18"/>
              </w:rPr>
            </w:r>
          </w:p>
        </w:tc>
      </w:tr>
      <w:tr>
        <w:tc>
          <w:tcPr>
            <w:tcW w:type="dxa" w:w="1493"/>
          </w:tcPr>
          <w:p>
            <w:pPr>
              <w:spacing w:before="40" w:after="40" w:lineRule="exact" w:line="320"/>
              <w:ind w:firstLine="0"/>
            </w:pPr>
            <w:r/>
            <w:r>
              <w:rPr>
                <w:rFonts w:ascii="Times New Roman" w:hAnsi="Times New Roman" w:eastAsia="SimSun"/>
                <w:b w:val="0"/>
                <w:i w:val="0"/>
                <w:sz w:val="18"/>
              </w:rPr>
              <w:t>16</w:t>
            </w:r>
          </w:p>
        </w:tc>
        <w:tc>
          <w:tcPr>
            <w:tcW w:type="dxa" w:w="1493"/>
          </w:tcPr>
          <w:p>
            <w:pPr>
              <w:spacing w:before="40" w:after="40" w:lineRule="exact" w:line="320"/>
              <w:ind w:firstLine="0"/>
            </w:pPr>
            <w:r/>
            <w:r>
              <w:rPr>
                <w:rFonts w:ascii="Times New Roman" w:hAnsi="Times New Roman" w:eastAsia="SimSun"/>
                <w:b w:val="0"/>
                <w:i w:val="0"/>
                <w:sz w:val="18"/>
              </w:rPr>
              <w:t>基本建设拨、贷款年报（决算）</w:t>
            </w:r>
          </w:p>
        </w:tc>
        <w:tc>
          <w:tcPr>
            <w:tcW w:type="dxa" w:w="1493"/>
          </w:tcPr>
          <w:p>
            <w:pPr>
              <w:spacing w:before="40" w:after="40" w:lineRule="exact" w:line="320"/>
              <w:ind w:firstLine="0"/>
            </w:pPr>
            <w:r/>
            <w:r>
              <w:rPr>
                <w:rFonts w:ascii="Times New Roman" w:hAnsi="Times New Roman" w:eastAsia="SimSun"/>
                <w:b w:val="0"/>
                <w:i w:val="0"/>
                <w:sz w:val="18"/>
              </w:rPr>
              <w:t>10年</w:t>
            </w:r>
          </w:p>
        </w:tc>
        <w:tc>
          <w:tcPr>
            <w:tcW w:type="dxa" w:w="1493"/>
          </w:tcPr>
          <w:p>
            <w:pPr>
              <w:spacing w:before="40" w:after="40" w:lineRule="exact" w:line="320"/>
              <w:ind w:firstLine="0"/>
            </w:pPr>
            <w:r/>
            <w:r>
              <w:rPr>
                <w:rFonts w:ascii="Times New Roman" w:hAnsi="Times New Roman" w:eastAsia="SimSun"/>
                <w:b w:val="0"/>
                <w:i w:val="0"/>
                <w:sz w:val="18"/>
              </w:rPr>
            </w:r>
          </w:p>
        </w:tc>
        <w:tc>
          <w:tcPr>
            <w:tcW w:type="dxa" w:w="1493"/>
          </w:tcPr>
          <w:p>
            <w:pPr>
              <w:spacing w:before="40" w:after="40" w:lineRule="exact" w:line="320"/>
              <w:ind w:firstLine="0"/>
            </w:pPr>
            <w:r/>
            <w:r>
              <w:rPr>
                <w:rFonts w:ascii="Times New Roman" w:hAnsi="Times New Roman" w:eastAsia="SimSun"/>
                <w:b w:val="0"/>
                <w:i w:val="0"/>
                <w:sz w:val="18"/>
              </w:rPr>
            </w:r>
          </w:p>
        </w:tc>
        <w:tc>
          <w:tcPr>
            <w:tcW w:type="dxa" w:w="1493"/>
          </w:tcPr>
          <w:p>
            <w:pPr>
              <w:spacing w:before="40" w:after="40" w:lineRule="exact" w:line="320"/>
              <w:ind w:firstLine="0"/>
            </w:pPr>
            <w:r/>
            <w:r>
              <w:rPr>
                <w:rFonts w:ascii="Times New Roman" w:hAnsi="Times New Roman" w:eastAsia="SimSun"/>
                <w:b w:val="0"/>
                <w:i w:val="0"/>
                <w:sz w:val="18"/>
              </w:rPr>
            </w:r>
          </w:p>
        </w:tc>
      </w:tr>
      <w:tr>
        <w:tc>
          <w:tcPr>
            <w:tcW w:type="dxa" w:w="1493"/>
          </w:tcPr>
          <w:p>
            <w:pPr>
              <w:spacing w:before="40" w:after="40" w:lineRule="exact" w:line="320"/>
              <w:ind w:firstLine="0"/>
            </w:pPr>
            <w:r/>
            <w:r>
              <w:rPr>
                <w:rFonts w:ascii="Times New Roman" w:hAnsi="Times New Roman" w:eastAsia="SimSun"/>
                <w:b w:val="0"/>
                <w:i w:val="0"/>
                <w:sz w:val="18"/>
              </w:rPr>
              <w:t>17</w:t>
            </w:r>
          </w:p>
        </w:tc>
        <w:tc>
          <w:tcPr>
            <w:tcW w:type="dxa" w:w="1493"/>
          </w:tcPr>
          <w:p>
            <w:pPr>
              <w:spacing w:before="40" w:after="40" w:lineRule="exact" w:line="320"/>
              <w:ind w:firstLine="0"/>
            </w:pPr>
            <w:r/>
            <w:r>
              <w:rPr>
                <w:rFonts w:ascii="Times New Roman" w:hAnsi="Times New Roman" w:eastAsia="SimSun"/>
                <w:b w:val="0"/>
                <w:i w:val="0"/>
                <w:sz w:val="18"/>
              </w:rPr>
              <w:t>行政单位和事业单位会计月、季度报表</w:t>
            </w:r>
          </w:p>
        </w:tc>
        <w:tc>
          <w:tcPr>
            <w:tcW w:type="dxa" w:w="1493"/>
          </w:tcPr>
          <w:p>
            <w:pPr>
              <w:spacing w:before="40" w:after="40" w:lineRule="exact" w:line="320"/>
              <w:ind w:firstLine="0"/>
            </w:pPr>
            <w:r/>
            <w:r>
              <w:rPr>
                <w:rFonts w:ascii="Times New Roman" w:hAnsi="Times New Roman" w:eastAsia="SimSun"/>
                <w:b w:val="0"/>
                <w:i w:val="0"/>
                <w:sz w:val="18"/>
              </w:rPr>
            </w:r>
          </w:p>
        </w:tc>
        <w:tc>
          <w:tcPr>
            <w:tcW w:type="dxa" w:w="1493"/>
          </w:tcPr>
          <w:p>
            <w:pPr>
              <w:spacing w:before="40" w:after="40" w:lineRule="exact" w:line="320"/>
              <w:ind w:firstLine="0"/>
            </w:pPr>
            <w:r/>
            <w:r>
              <w:rPr>
                <w:rFonts w:ascii="Times New Roman" w:hAnsi="Times New Roman" w:eastAsia="SimSun"/>
                <w:b w:val="0"/>
                <w:i w:val="0"/>
                <w:sz w:val="18"/>
              </w:rPr>
              <w:t>10年</w:t>
            </w:r>
          </w:p>
        </w:tc>
        <w:tc>
          <w:tcPr>
            <w:tcW w:type="dxa" w:w="1493"/>
          </w:tcPr>
          <w:p>
            <w:pPr>
              <w:spacing w:before="40" w:after="40" w:lineRule="exact" w:line="320"/>
              <w:ind w:firstLine="0"/>
            </w:pPr>
            <w:r/>
            <w:r>
              <w:rPr>
                <w:rFonts w:ascii="Times New Roman" w:hAnsi="Times New Roman" w:eastAsia="SimSun"/>
                <w:b w:val="0"/>
                <w:i w:val="0"/>
                <w:sz w:val="18"/>
              </w:rPr>
            </w:r>
          </w:p>
        </w:tc>
        <w:tc>
          <w:tcPr>
            <w:tcW w:type="dxa" w:w="1493"/>
          </w:tcPr>
          <w:p>
            <w:pPr>
              <w:spacing w:before="40" w:after="40" w:lineRule="exact" w:line="320"/>
              <w:ind w:firstLine="0"/>
            </w:pPr>
            <w:r/>
            <w:r>
              <w:rPr>
                <w:rFonts w:ascii="Times New Roman" w:hAnsi="Times New Roman" w:eastAsia="SimSun"/>
                <w:b w:val="0"/>
                <w:i w:val="0"/>
                <w:sz w:val="18"/>
              </w:rPr>
              <w:t>所属单位报送的保管2年</w:t>
            </w:r>
          </w:p>
        </w:tc>
      </w:tr>
      <w:tr>
        <w:tc>
          <w:tcPr>
            <w:tcW w:type="dxa" w:w="1493"/>
          </w:tcPr>
          <w:p>
            <w:pPr>
              <w:spacing w:before="40" w:after="40" w:lineRule="exact" w:line="320"/>
              <w:ind w:firstLine="0"/>
            </w:pPr>
            <w:r/>
            <w:r>
              <w:rPr>
                <w:rFonts w:ascii="Times New Roman" w:hAnsi="Times New Roman" w:eastAsia="SimSun"/>
                <w:b w:val="0"/>
                <w:i w:val="0"/>
                <w:sz w:val="18"/>
              </w:rPr>
              <w:t>18</w:t>
            </w:r>
          </w:p>
        </w:tc>
        <w:tc>
          <w:tcPr>
            <w:tcW w:type="dxa" w:w="1493"/>
          </w:tcPr>
          <w:p>
            <w:pPr>
              <w:spacing w:before="40" w:after="40" w:lineRule="exact" w:line="320"/>
              <w:ind w:firstLine="0"/>
            </w:pPr>
            <w:r/>
            <w:r>
              <w:rPr>
                <w:rFonts w:ascii="Times New Roman" w:hAnsi="Times New Roman" w:eastAsia="SimSun"/>
                <w:b w:val="0"/>
                <w:i w:val="0"/>
                <w:sz w:val="18"/>
              </w:rPr>
              <w:t>税收会计报表</w:t>
            </w:r>
          </w:p>
        </w:tc>
        <w:tc>
          <w:tcPr>
            <w:tcW w:type="dxa" w:w="1493"/>
          </w:tcPr>
          <w:p>
            <w:pPr>
              <w:spacing w:before="40" w:after="40" w:lineRule="exact" w:line="320"/>
              <w:ind w:firstLine="0"/>
            </w:pPr>
            <w:r/>
            <w:r>
              <w:rPr>
                <w:rFonts w:ascii="Times New Roman" w:hAnsi="Times New Roman" w:eastAsia="SimSun"/>
                <w:b w:val="0"/>
                <w:i w:val="0"/>
                <w:sz w:val="18"/>
              </w:rPr>
            </w:r>
          </w:p>
        </w:tc>
        <w:tc>
          <w:tcPr>
            <w:tcW w:type="dxa" w:w="1493"/>
          </w:tcPr>
          <w:p>
            <w:pPr>
              <w:spacing w:before="40" w:after="40" w:lineRule="exact" w:line="320"/>
              <w:ind w:firstLine="0"/>
            </w:pPr>
            <w:r/>
            <w:r>
              <w:rPr>
                <w:rFonts w:ascii="Times New Roman" w:hAnsi="Times New Roman" w:eastAsia="SimSun"/>
                <w:b w:val="0"/>
                <w:i w:val="0"/>
                <w:sz w:val="18"/>
              </w:rPr>
            </w:r>
          </w:p>
        </w:tc>
        <w:tc>
          <w:tcPr>
            <w:tcW w:type="dxa" w:w="1493"/>
          </w:tcPr>
          <w:p>
            <w:pPr>
              <w:spacing w:before="40" w:after="40" w:lineRule="exact" w:line="320"/>
              <w:ind w:firstLine="0"/>
            </w:pPr>
            <w:r/>
            <w:r>
              <w:rPr>
                <w:rFonts w:ascii="Times New Roman" w:hAnsi="Times New Roman" w:eastAsia="SimSun"/>
                <w:b w:val="0"/>
                <w:i w:val="0"/>
                <w:sz w:val="18"/>
              </w:rPr>
              <w:t>10年</w:t>
            </w:r>
          </w:p>
        </w:tc>
        <w:tc>
          <w:tcPr>
            <w:tcW w:type="dxa" w:w="1493"/>
          </w:tcPr>
          <w:p>
            <w:pPr>
              <w:spacing w:before="40" w:after="40" w:lineRule="exact" w:line="320"/>
              <w:ind w:firstLine="0"/>
            </w:pPr>
            <w:r/>
            <w:r>
              <w:rPr>
                <w:rFonts w:ascii="Times New Roman" w:hAnsi="Times New Roman" w:eastAsia="SimSun"/>
                <w:b w:val="0"/>
                <w:i w:val="0"/>
                <w:sz w:val="18"/>
              </w:rPr>
              <w:t>所属税务机关报送的保管2年</w:t>
            </w:r>
          </w:p>
        </w:tc>
      </w:tr>
      <w:tr>
        <w:tc>
          <w:tcPr>
            <w:tcW w:type="dxa" w:w="1493"/>
          </w:tcPr>
          <w:p>
            <w:pPr>
              <w:spacing w:before="40" w:after="40" w:lineRule="exact" w:line="320"/>
              <w:ind w:firstLine="0"/>
            </w:pPr>
            <w:r/>
            <w:r>
              <w:rPr>
                <w:rFonts w:ascii="Times New Roman" w:hAnsi="Times New Roman" w:eastAsia="SimSun"/>
                <w:b w:val="0"/>
                <w:i w:val="0"/>
                <w:sz w:val="18"/>
              </w:rPr>
              <w:t>四</w:t>
            </w:r>
          </w:p>
        </w:tc>
        <w:tc>
          <w:tcPr>
            <w:tcW w:type="dxa" w:w="1493"/>
          </w:tcPr>
          <w:p>
            <w:pPr>
              <w:spacing w:before="40" w:after="40" w:lineRule="exact" w:line="320"/>
              <w:ind w:firstLine="0"/>
            </w:pPr>
            <w:r/>
            <w:r>
              <w:rPr>
                <w:rFonts w:ascii="Times New Roman" w:hAnsi="Times New Roman" w:eastAsia="SimSun"/>
                <w:b w:val="0"/>
                <w:i w:val="0"/>
                <w:sz w:val="18"/>
              </w:rPr>
              <w:t>其他会计资料</w:t>
            </w:r>
          </w:p>
        </w:tc>
        <w:tc>
          <w:tcPr>
            <w:tcW w:type="dxa" w:w="1493"/>
          </w:tcPr>
          <w:p>
            <w:pPr>
              <w:spacing w:before="40" w:after="40" w:lineRule="exact" w:line="320"/>
              <w:ind w:firstLine="0"/>
            </w:pPr>
            <w:r/>
            <w:r>
              <w:rPr>
                <w:rFonts w:ascii="Times New Roman" w:hAnsi="Times New Roman" w:eastAsia="SimSun"/>
                <w:b w:val="0"/>
                <w:i w:val="0"/>
                <w:sz w:val="18"/>
              </w:rPr>
            </w:r>
          </w:p>
        </w:tc>
        <w:tc>
          <w:tcPr>
            <w:tcW w:type="dxa" w:w="1493"/>
          </w:tcPr>
          <w:p>
            <w:pPr>
              <w:spacing w:before="40" w:after="40" w:lineRule="exact" w:line="320"/>
              <w:ind w:firstLine="0"/>
            </w:pPr>
            <w:r/>
            <w:r>
              <w:rPr>
                <w:rFonts w:ascii="Times New Roman" w:hAnsi="Times New Roman" w:eastAsia="SimSun"/>
                <w:b w:val="0"/>
                <w:i w:val="0"/>
                <w:sz w:val="18"/>
              </w:rPr>
            </w:r>
          </w:p>
        </w:tc>
        <w:tc>
          <w:tcPr>
            <w:tcW w:type="dxa" w:w="1493"/>
          </w:tcPr>
          <w:p>
            <w:pPr>
              <w:spacing w:before="40" w:after="40" w:lineRule="exact" w:line="320"/>
              <w:ind w:firstLine="0"/>
            </w:pPr>
            <w:r/>
            <w:r>
              <w:rPr>
                <w:rFonts w:ascii="Times New Roman" w:hAnsi="Times New Roman" w:eastAsia="SimSun"/>
                <w:b w:val="0"/>
                <w:i w:val="0"/>
                <w:sz w:val="18"/>
              </w:rPr>
            </w:r>
          </w:p>
        </w:tc>
        <w:tc>
          <w:tcPr>
            <w:tcW w:type="dxa" w:w="1493"/>
          </w:tcPr>
          <w:p>
            <w:pPr>
              <w:spacing w:before="40" w:after="40" w:lineRule="exact" w:line="320"/>
              <w:ind w:firstLine="0"/>
            </w:pPr>
            <w:r/>
            <w:r>
              <w:rPr>
                <w:rFonts w:ascii="Times New Roman" w:hAnsi="Times New Roman" w:eastAsia="SimSun"/>
                <w:b w:val="0"/>
                <w:i w:val="0"/>
                <w:sz w:val="18"/>
              </w:rPr>
            </w:r>
          </w:p>
        </w:tc>
      </w:tr>
      <w:tr>
        <w:tc>
          <w:tcPr>
            <w:tcW w:type="dxa" w:w="1493"/>
          </w:tcPr>
          <w:p>
            <w:pPr>
              <w:spacing w:before="40" w:after="40" w:lineRule="exact" w:line="320"/>
              <w:ind w:firstLine="0"/>
            </w:pPr>
            <w:r/>
            <w:r>
              <w:rPr>
                <w:rFonts w:ascii="Times New Roman" w:hAnsi="Times New Roman" w:eastAsia="SimSun"/>
                <w:b w:val="0"/>
                <w:i w:val="0"/>
                <w:sz w:val="18"/>
              </w:rPr>
              <w:t>19</w:t>
            </w:r>
          </w:p>
        </w:tc>
        <w:tc>
          <w:tcPr>
            <w:tcW w:type="dxa" w:w="1493"/>
          </w:tcPr>
          <w:p>
            <w:pPr>
              <w:spacing w:before="40" w:after="40" w:lineRule="exact" w:line="320"/>
              <w:ind w:firstLine="0"/>
            </w:pPr>
            <w:r/>
            <w:r>
              <w:rPr>
                <w:rFonts w:ascii="Times New Roman" w:hAnsi="Times New Roman" w:eastAsia="SimSun"/>
                <w:b w:val="0"/>
                <w:i w:val="0"/>
                <w:sz w:val="18"/>
              </w:rPr>
              <w:t>银行存款余额调节表</w:t>
            </w:r>
          </w:p>
        </w:tc>
        <w:tc>
          <w:tcPr>
            <w:tcW w:type="dxa" w:w="1493"/>
          </w:tcPr>
          <w:p>
            <w:pPr>
              <w:spacing w:before="40" w:after="40" w:lineRule="exact" w:line="320"/>
              <w:ind w:firstLine="0"/>
            </w:pPr>
            <w:r/>
            <w:r>
              <w:rPr>
                <w:rFonts w:ascii="Times New Roman" w:hAnsi="Times New Roman" w:eastAsia="SimSun"/>
                <w:b w:val="0"/>
                <w:i w:val="0"/>
                <w:sz w:val="18"/>
              </w:rPr>
              <w:t>10年</w:t>
            </w:r>
          </w:p>
        </w:tc>
        <w:tc>
          <w:tcPr>
            <w:tcW w:type="dxa" w:w="1493"/>
          </w:tcPr>
          <w:p>
            <w:pPr>
              <w:spacing w:before="40" w:after="40" w:lineRule="exact" w:line="320"/>
              <w:ind w:firstLine="0"/>
            </w:pPr>
            <w:r/>
            <w:r>
              <w:rPr>
                <w:rFonts w:ascii="Times New Roman" w:hAnsi="Times New Roman" w:eastAsia="SimSun"/>
                <w:b w:val="0"/>
                <w:i w:val="0"/>
                <w:sz w:val="18"/>
              </w:rPr>
              <w:t>10年</w:t>
            </w:r>
          </w:p>
        </w:tc>
        <w:tc>
          <w:tcPr>
            <w:tcW w:type="dxa" w:w="1493"/>
          </w:tcPr>
          <w:p>
            <w:pPr>
              <w:spacing w:before="40" w:after="40" w:lineRule="exact" w:line="320"/>
              <w:ind w:firstLine="0"/>
            </w:pPr>
            <w:r/>
            <w:r>
              <w:rPr>
                <w:rFonts w:ascii="Times New Roman" w:hAnsi="Times New Roman" w:eastAsia="SimSun"/>
                <w:b w:val="0"/>
                <w:i w:val="0"/>
                <w:sz w:val="18"/>
              </w:rPr>
            </w:r>
          </w:p>
        </w:tc>
        <w:tc>
          <w:tcPr>
            <w:tcW w:type="dxa" w:w="1493"/>
          </w:tcPr>
          <w:p>
            <w:pPr>
              <w:spacing w:before="40" w:after="40" w:lineRule="exact" w:line="320"/>
              <w:ind w:firstLine="0"/>
            </w:pPr>
            <w:r/>
            <w:r>
              <w:rPr>
                <w:rFonts w:ascii="Times New Roman" w:hAnsi="Times New Roman" w:eastAsia="SimSun"/>
                <w:b w:val="0"/>
                <w:i w:val="0"/>
                <w:sz w:val="18"/>
              </w:rPr>
            </w:r>
          </w:p>
        </w:tc>
      </w:tr>
      <w:tr>
        <w:tc>
          <w:tcPr>
            <w:tcW w:type="dxa" w:w="1493"/>
          </w:tcPr>
          <w:p>
            <w:pPr>
              <w:spacing w:before="40" w:after="40" w:lineRule="exact" w:line="320"/>
              <w:ind w:firstLine="0"/>
            </w:pPr>
            <w:r/>
            <w:r>
              <w:rPr>
                <w:rFonts w:ascii="Times New Roman" w:hAnsi="Times New Roman" w:eastAsia="SimSun"/>
                <w:b w:val="0"/>
                <w:i w:val="0"/>
                <w:sz w:val="18"/>
              </w:rPr>
              <w:t>20</w:t>
            </w:r>
          </w:p>
        </w:tc>
        <w:tc>
          <w:tcPr>
            <w:tcW w:type="dxa" w:w="1493"/>
          </w:tcPr>
          <w:p>
            <w:pPr>
              <w:spacing w:before="40" w:after="40" w:lineRule="exact" w:line="320"/>
              <w:ind w:firstLine="0"/>
            </w:pPr>
            <w:r/>
            <w:r>
              <w:rPr>
                <w:rFonts w:ascii="Times New Roman" w:hAnsi="Times New Roman" w:eastAsia="SimSun"/>
                <w:b w:val="0"/>
                <w:i w:val="0"/>
                <w:sz w:val="18"/>
              </w:rPr>
              <w:t>银行对账单</w:t>
            </w:r>
          </w:p>
        </w:tc>
        <w:tc>
          <w:tcPr>
            <w:tcW w:type="dxa" w:w="1493"/>
          </w:tcPr>
          <w:p>
            <w:pPr>
              <w:spacing w:before="40" w:after="40" w:lineRule="exact" w:line="320"/>
              <w:ind w:firstLine="0"/>
            </w:pPr>
            <w:r/>
            <w:r>
              <w:rPr>
                <w:rFonts w:ascii="Times New Roman" w:hAnsi="Times New Roman" w:eastAsia="SimSun"/>
                <w:b w:val="0"/>
                <w:i w:val="0"/>
                <w:sz w:val="18"/>
              </w:rPr>
              <w:t>10年</w:t>
            </w:r>
          </w:p>
        </w:tc>
        <w:tc>
          <w:tcPr>
            <w:tcW w:type="dxa" w:w="1493"/>
          </w:tcPr>
          <w:p>
            <w:pPr>
              <w:spacing w:before="40" w:after="40" w:lineRule="exact" w:line="320"/>
              <w:ind w:firstLine="0"/>
            </w:pPr>
            <w:r/>
            <w:r>
              <w:rPr>
                <w:rFonts w:ascii="Times New Roman" w:hAnsi="Times New Roman" w:eastAsia="SimSun"/>
                <w:b w:val="0"/>
                <w:i w:val="0"/>
                <w:sz w:val="18"/>
              </w:rPr>
              <w:t>10年</w:t>
            </w:r>
          </w:p>
        </w:tc>
        <w:tc>
          <w:tcPr>
            <w:tcW w:type="dxa" w:w="1493"/>
          </w:tcPr>
          <w:p>
            <w:pPr>
              <w:spacing w:before="40" w:after="40" w:lineRule="exact" w:line="320"/>
              <w:ind w:firstLine="0"/>
            </w:pPr>
            <w:r/>
            <w:r>
              <w:rPr>
                <w:rFonts w:ascii="Times New Roman" w:hAnsi="Times New Roman" w:eastAsia="SimSun"/>
                <w:b w:val="0"/>
                <w:i w:val="0"/>
                <w:sz w:val="18"/>
              </w:rPr>
              <w:t>10年</w:t>
            </w:r>
          </w:p>
        </w:tc>
        <w:tc>
          <w:tcPr>
            <w:tcW w:type="dxa" w:w="1493"/>
          </w:tcPr>
          <w:p>
            <w:pPr>
              <w:spacing w:before="40" w:after="40" w:lineRule="exact" w:line="320"/>
              <w:ind w:firstLine="0"/>
            </w:pPr>
            <w:r/>
            <w:r>
              <w:rPr>
                <w:rFonts w:ascii="Times New Roman" w:hAnsi="Times New Roman" w:eastAsia="SimSun"/>
                <w:b w:val="0"/>
                <w:i w:val="0"/>
                <w:sz w:val="18"/>
              </w:rPr>
            </w:r>
          </w:p>
        </w:tc>
      </w:tr>
      <w:tr>
        <w:tc>
          <w:tcPr>
            <w:tcW w:type="dxa" w:w="1493"/>
          </w:tcPr>
          <w:p>
            <w:pPr>
              <w:spacing w:before="40" w:after="40" w:lineRule="exact" w:line="320"/>
              <w:ind w:firstLine="0"/>
            </w:pPr>
            <w:r/>
            <w:r>
              <w:rPr>
                <w:rFonts w:ascii="Times New Roman" w:hAnsi="Times New Roman" w:eastAsia="SimSun"/>
                <w:b w:val="0"/>
                <w:i w:val="0"/>
                <w:sz w:val="18"/>
              </w:rPr>
              <w:t>21</w:t>
            </w:r>
          </w:p>
        </w:tc>
        <w:tc>
          <w:tcPr>
            <w:tcW w:type="dxa" w:w="1493"/>
          </w:tcPr>
          <w:p>
            <w:pPr>
              <w:spacing w:before="40" w:after="40" w:lineRule="exact" w:line="320"/>
              <w:ind w:firstLine="0"/>
            </w:pPr>
            <w:r/>
            <w:r>
              <w:rPr>
                <w:rFonts w:ascii="Times New Roman" w:hAnsi="Times New Roman" w:eastAsia="SimSun"/>
                <w:b w:val="0"/>
                <w:i w:val="0"/>
                <w:sz w:val="18"/>
              </w:rPr>
              <w:t>会计档案移交清册</w:t>
            </w:r>
          </w:p>
        </w:tc>
        <w:tc>
          <w:tcPr>
            <w:tcW w:type="dxa" w:w="1493"/>
          </w:tcPr>
          <w:p>
            <w:pPr>
              <w:spacing w:before="40" w:after="40" w:lineRule="exact" w:line="320"/>
              <w:ind w:firstLine="0"/>
            </w:pPr>
            <w:r/>
            <w:r>
              <w:rPr>
                <w:rFonts w:ascii="Times New Roman" w:hAnsi="Times New Roman" w:eastAsia="SimSun"/>
                <w:b w:val="0"/>
                <w:i w:val="0"/>
                <w:sz w:val="18"/>
              </w:rPr>
              <w:t>30年</w:t>
            </w:r>
          </w:p>
        </w:tc>
        <w:tc>
          <w:tcPr>
            <w:tcW w:type="dxa" w:w="1493"/>
          </w:tcPr>
          <w:p>
            <w:pPr>
              <w:spacing w:before="40" w:after="40" w:lineRule="exact" w:line="320"/>
              <w:ind w:firstLine="0"/>
            </w:pPr>
            <w:r/>
            <w:r>
              <w:rPr>
                <w:rFonts w:ascii="Times New Roman" w:hAnsi="Times New Roman" w:eastAsia="SimSun"/>
                <w:b w:val="0"/>
                <w:i w:val="0"/>
                <w:sz w:val="18"/>
              </w:rPr>
              <w:t>30年</w:t>
            </w:r>
          </w:p>
        </w:tc>
        <w:tc>
          <w:tcPr>
            <w:tcW w:type="dxa" w:w="1493"/>
          </w:tcPr>
          <w:p>
            <w:pPr>
              <w:spacing w:before="40" w:after="40" w:lineRule="exact" w:line="320"/>
              <w:ind w:firstLine="0"/>
            </w:pPr>
            <w:r/>
            <w:r>
              <w:rPr>
                <w:rFonts w:ascii="Times New Roman" w:hAnsi="Times New Roman" w:eastAsia="SimSun"/>
                <w:b w:val="0"/>
                <w:i w:val="0"/>
                <w:sz w:val="18"/>
              </w:rPr>
              <w:t>30年</w:t>
            </w:r>
          </w:p>
        </w:tc>
        <w:tc>
          <w:tcPr>
            <w:tcW w:type="dxa" w:w="1493"/>
          </w:tcPr>
          <w:p>
            <w:pPr>
              <w:spacing w:before="40" w:after="40" w:lineRule="exact" w:line="320"/>
              <w:ind w:firstLine="0"/>
            </w:pPr>
            <w:r/>
            <w:r>
              <w:rPr>
                <w:rFonts w:ascii="Times New Roman" w:hAnsi="Times New Roman" w:eastAsia="SimSun"/>
                <w:b w:val="0"/>
                <w:i w:val="0"/>
                <w:sz w:val="18"/>
              </w:rPr>
            </w:r>
          </w:p>
        </w:tc>
      </w:tr>
      <w:tr>
        <w:tc>
          <w:tcPr>
            <w:tcW w:type="dxa" w:w="1493"/>
          </w:tcPr>
          <w:p>
            <w:pPr>
              <w:spacing w:before="40" w:after="40" w:lineRule="exact" w:line="320"/>
              <w:ind w:firstLine="0"/>
            </w:pPr>
            <w:r/>
            <w:r>
              <w:rPr>
                <w:rFonts w:ascii="Times New Roman" w:hAnsi="Times New Roman" w:eastAsia="SimSun"/>
                <w:b w:val="0"/>
                <w:i w:val="0"/>
                <w:sz w:val="18"/>
              </w:rPr>
              <w:t>22</w:t>
            </w:r>
          </w:p>
        </w:tc>
        <w:tc>
          <w:tcPr>
            <w:tcW w:type="dxa" w:w="1493"/>
          </w:tcPr>
          <w:p>
            <w:pPr>
              <w:spacing w:before="40" w:after="40" w:lineRule="exact" w:line="320"/>
              <w:ind w:firstLine="0"/>
            </w:pPr>
            <w:r/>
            <w:r>
              <w:rPr>
                <w:rFonts w:ascii="Times New Roman" w:hAnsi="Times New Roman" w:eastAsia="SimSun"/>
                <w:b w:val="0"/>
                <w:i w:val="0"/>
                <w:sz w:val="18"/>
              </w:rPr>
              <w:t>会计档案保管清册</w:t>
            </w:r>
          </w:p>
        </w:tc>
        <w:tc>
          <w:tcPr>
            <w:tcW w:type="dxa" w:w="1493"/>
          </w:tcPr>
          <w:p>
            <w:pPr>
              <w:spacing w:before="40" w:after="40" w:lineRule="exact" w:line="320"/>
              <w:ind w:firstLine="0"/>
            </w:pPr>
            <w:r/>
            <w:r>
              <w:rPr>
                <w:rFonts w:ascii="Times New Roman" w:hAnsi="Times New Roman" w:eastAsia="SimSun"/>
                <w:b w:val="0"/>
                <w:i w:val="0"/>
                <w:sz w:val="18"/>
              </w:rPr>
              <w:t>永久</w:t>
            </w:r>
          </w:p>
        </w:tc>
        <w:tc>
          <w:tcPr>
            <w:tcW w:type="dxa" w:w="1493"/>
          </w:tcPr>
          <w:p>
            <w:pPr>
              <w:spacing w:before="40" w:after="40" w:lineRule="exact" w:line="320"/>
              <w:ind w:firstLine="0"/>
            </w:pPr>
            <w:r/>
            <w:r>
              <w:rPr>
                <w:rFonts w:ascii="Times New Roman" w:hAnsi="Times New Roman" w:eastAsia="SimSun"/>
                <w:b w:val="0"/>
                <w:i w:val="0"/>
                <w:sz w:val="18"/>
              </w:rPr>
              <w:t>永久</w:t>
            </w:r>
          </w:p>
        </w:tc>
        <w:tc>
          <w:tcPr>
            <w:tcW w:type="dxa" w:w="1493"/>
          </w:tcPr>
          <w:p>
            <w:pPr>
              <w:spacing w:before="40" w:after="40" w:lineRule="exact" w:line="320"/>
              <w:ind w:firstLine="0"/>
            </w:pPr>
            <w:r/>
            <w:r>
              <w:rPr>
                <w:rFonts w:ascii="Times New Roman" w:hAnsi="Times New Roman" w:eastAsia="SimSun"/>
                <w:b w:val="0"/>
                <w:i w:val="0"/>
                <w:sz w:val="18"/>
              </w:rPr>
              <w:t>永久</w:t>
            </w:r>
          </w:p>
        </w:tc>
        <w:tc>
          <w:tcPr>
            <w:tcW w:type="dxa" w:w="1493"/>
          </w:tcPr>
          <w:p>
            <w:pPr>
              <w:spacing w:before="40" w:after="40" w:lineRule="exact" w:line="320"/>
              <w:ind w:firstLine="0"/>
            </w:pPr>
            <w:r/>
            <w:r>
              <w:rPr>
                <w:rFonts w:ascii="Times New Roman" w:hAnsi="Times New Roman" w:eastAsia="SimSun"/>
                <w:b w:val="0"/>
                <w:i w:val="0"/>
                <w:sz w:val="18"/>
              </w:rPr>
            </w:r>
          </w:p>
        </w:tc>
      </w:tr>
      <w:tr>
        <w:tc>
          <w:tcPr>
            <w:tcW w:type="dxa" w:w="1493"/>
          </w:tcPr>
          <w:p>
            <w:pPr>
              <w:spacing w:before="40" w:after="40" w:lineRule="exact" w:line="320"/>
              <w:ind w:firstLine="0"/>
            </w:pPr>
            <w:r/>
            <w:r>
              <w:rPr>
                <w:rFonts w:ascii="Times New Roman" w:hAnsi="Times New Roman" w:eastAsia="SimSun"/>
                <w:b w:val="0"/>
                <w:i w:val="0"/>
                <w:sz w:val="18"/>
              </w:rPr>
              <w:t>23</w:t>
            </w:r>
          </w:p>
        </w:tc>
        <w:tc>
          <w:tcPr>
            <w:tcW w:type="dxa" w:w="1493"/>
          </w:tcPr>
          <w:p>
            <w:pPr>
              <w:spacing w:before="40" w:after="40" w:lineRule="exact" w:line="320"/>
              <w:ind w:firstLine="0"/>
            </w:pPr>
            <w:r/>
            <w:r>
              <w:rPr>
                <w:rFonts w:ascii="Times New Roman" w:hAnsi="Times New Roman" w:eastAsia="SimSun"/>
                <w:b w:val="0"/>
                <w:i w:val="0"/>
                <w:sz w:val="18"/>
              </w:rPr>
              <w:t>会计档案销毁清册</w:t>
            </w:r>
          </w:p>
        </w:tc>
        <w:tc>
          <w:tcPr>
            <w:tcW w:type="dxa" w:w="1493"/>
          </w:tcPr>
          <w:p>
            <w:pPr>
              <w:spacing w:before="40" w:after="40" w:lineRule="exact" w:line="320"/>
              <w:ind w:firstLine="0"/>
            </w:pPr>
            <w:r/>
            <w:r>
              <w:rPr>
                <w:rFonts w:ascii="Times New Roman" w:hAnsi="Times New Roman" w:eastAsia="SimSun"/>
                <w:b w:val="0"/>
                <w:i w:val="0"/>
                <w:sz w:val="18"/>
              </w:rPr>
              <w:t>永久</w:t>
            </w:r>
          </w:p>
        </w:tc>
        <w:tc>
          <w:tcPr>
            <w:tcW w:type="dxa" w:w="1493"/>
          </w:tcPr>
          <w:p>
            <w:pPr>
              <w:spacing w:before="40" w:after="40" w:lineRule="exact" w:line="320"/>
              <w:ind w:firstLine="0"/>
            </w:pPr>
            <w:r/>
            <w:r>
              <w:rPr>
                <w:rFonts w:ascii="Times New Roman" w:hAnsi="Times New Roman" w:eastAsia="SimSun"/>
                <w:b w:val="0"/>
                <w:i w:val="0"/>
                <w:sz w:val="18"/>
              </w:rPr>
              <w:t>永久</w:t>
            </w:r>
          </w:p>
        </w:tc>
        <w:tc>
          <w:tcPr>
            <w:tcW w:type="dxa" w:w="1493"/>
          </w:tcPr>
          <w:p>
            <w:pPr>
              <w:spacing w:before="40" w:after="40" w:lineRule="exact" w:line="320"/>
              <w:ind w:firstLine="0"/>
            </w:pPr>
            <w:r/>
            <w:r>
              <w:rPr>
                <w:rFonts w:ascii="Times New Roman" w:hAnsi="Times New Roman" w:eastAsia="SimSun"/>
                <w:b w:val="0"/>
                <w:i w:val="0"/>
                <w:sz w:val="18"/>
              </w:rPr>
              <w:t>永久</w:t>
            </w:r>
          </w:p>
        </w:tc>
        <w:tc>
          <w:tcPr>
            <w:tcW w:type="dxa" w:w="1493"/>
          </w:tcPr>
          <w:p>
            <w:pPr>
              <w:spacing w:before="40" w:after="40" w:lineRule="exact" w:line="320"/>
              <w:ind w:firstLine="0"/>
            </w:pPr>
            <w:r/>
            <w:r>
              <w:rPr>
                <w:rFonts w:ascii="Times New Roman" w:hAnsi="Times New Roman" w:eastAsia="SimSun"/>
                <w:b w:val="0"/>
                <w:i w:val="0"/>
                <w:sz w:val="18"/>
              </w:rPr>
            </w:r>
          </w:p>
        </w:tc>
      </w:tr>
      <w:tr>
        <w:tc>
          <w:tcPr>
            <w:tcW w:type="dxa" w:w="1493"/>
          </w:tcPr>
          <w:p>
            <w:pPr>
              <w:spacing w:before="40" w:after="40" w:lineRule="exact" w:line="320"/>
              <w:ind w:firstLine="0"/>
            </w:pPr>
            <w:r/>
            <w:r>
              <w:rPr>
                <w:rFonts w:ascii="Times New Roman" w:hAnsi="Times New Roman" w:eastAsia="SimSun"/>
                <w:b w:val="0"/>
                <w:i w:val="0"/>
                <w:sz w:val="18"/>
              </w:rPr>
              <w:t>24</w:t>
            </w:r>
          </w:p>
        </w:tc>
        <w:tc>
          <w:tcPr>
            <w:tcW w:type="dxa" w:w="1493"/>
          </w:tcPr>
          <w:p>
            <w:pPr>
              <w:spacing w:before="40" w:after="40" w:lineRule="exact" w:line="320"/>
              <w:ind w:firstLine="0"/>
            </w:pPr>
            <w:r/>
            <w:r>
              <w:rPr>
                <w:rFonts w:ascii="Times New Roman" w:hAnsi="Times New Roman" w:eastAsia="SimSun"/>
                <w:b w:val="0"/>
                <w:i w:val="0"/>
                <w:sz w:val="18"/>
              </w:rPr>
              <w:t>会计档案鉴定意见书</w:t>
            </w:r>
          </w:p>
        </w:tc>
        <w:tc>
          <w:tcPr>
            <w:tcW w:type="dxa" w:w="1493"/>
          </w:tcPr>
          <w:p>
            <w:pPr>
              <w:spacing w:before="40" w:after="40" w:lineRule="exact" w:line="320"/>
              <w:ind w:firstLine="0"/>
            </w:pPr>
            <w:r/>
            <w:r>
              <w:rPr>
                <w:rFonts w:ascii="Times New Roman" w:hAnsi="Times New Roman" w:eastAsia="SimSun"/>
                <w:b w:val="0"/>
                <w:i w:val="0"/>
                <w:sz w:val="18"/>
              </w:rPr>
              <w:t>永久</w:t>
            </w:r>
          </w:p>
        </w:tc>
        <w:tc>
          <w:tcPr>
            <w:tcW w:type="dxa" w:w="1493"/>
          </w:tcPr>
          <w:p>
            <w:pPr>
              <w:spacing w:before="40" w:after="40" w:lineRule="exact" w:line="320"/>
              <w:ind w:firstLine="0"/>
            </w:pPr>
            <w:r/>
            <w:r>
              <w:rPr>
                <w:rFonts w:ascii="Times New Roman" w:hAnsi="Times New Roman" w:eastAsia="SimSun"/>
                <w:b w:val="0"/>
                <w:i w:val="0"/>
                <w:sz w:val="18"/>
              </w:rPr>
              <w:t>永久</w:t>
            </w:r>
          </w:p>
        </w:tc>
        <w:tc>
          <w:tcPr>
            <w:tcW w:type="dxa" w:w="1493"/>
          </w:tcPr>
          <w:p>
            <w:pPr>
              <w:spacing w:before="40" w:after="40" w:lineRule="exact" w:line="320"/>
              <w:ind w:firstLine="0"/>
            </w:pPr>
            <w:r/>
            <w:r>
              <w:rPr>
                <w:rFonts w:ascii="Times New Roman" w:hAnsi="Times New Roman" w:eastAsia="SimSun"/>
                <w:b w:val="0"/>
                <w:i w:val="0"/>
                <w:sz w:val="18"/>
              </w:rPr>
              <w:t>永久</w:t>
            </w:r>
          </w:p>
        </w:tc>
        <w:tc>
          <w:tcPr>
            <w:tcW w:type="dxa" w:w="1493"/>
          </w:tcPr>
          <w:p>
            <w:pPr>
              <w:spacing w:before="40" w:after="40" w:lineRule="exact" w:line="320"/>
              <w:ind w:firstLine="0"/>
            </w:pPr>
            <w:r/>
            <w:r>
              <w:rPr>
                <w:rFonts w:ascii="Times New Roman" w:hAnsi="Times New Roman" w:eastAsia="SimSun"/>
                <w:b w:val="0"/>
                <w:i w:val="0"/>
                <w:sz w:val="18"/>
              </w:rPr>
            </w:r>
          </w:p>
        </w:tc>
      </w:tr>
    </w:tbl>
    <w:p>
      <w:pPr>
        <w:spacing w:before="0" w:after="160" w:lineRule="exact" w:line="200"/>
        <w:ind w:firstLine="0"/>
      </w:pPr>
    </w:p>
    <w:p>
      <w:pPr>
        <w:spacing w:before="0" w:after="120" w:lineRule="exact" w:line="440"/>
        <w:ind w:firstLine="420"/>
      </w:pPr>
      <w:r>
        <w:rPr>
          <w:rFonts w:ascii="Times New Roman" w:hAnsi="Times New Roman" w:eastAsia="FangSong"/>
          <w:b w:val="0"/>
          <w:i w:val="0"/>
          <w:sz w:val="24"/>
        </w:rPr>
        <w:t>注：税务机关的税务经费会计档案保管期限，按行政单位会计档案保管期限规定办理。</w:t>
      </w:r>
    </w:p>
    <w:sectPr w:rsidR="00FC693F" w:rsidRPr="0006063C" w:rsidSect="00034616">
      <w:headerReference w:type="default" r:id="rId9"/>
      <w:footerReference w:type="default" r:id="rId10"/>
      <w:pgSz w:w="11906" w:h="16838"/>
      <w:pgMar w:top="1361" w:right="1474" w:bottom="1361" w:left="147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KaiTi"/>
        <w:b w:val="0"/>
        <w:i w:val="0"/>
        <w:color w:val="6B5D7A"/>
        <w:sz w:val="16"/>
      </w:rPr>
      <w:t>教学转写文本，引用请与全国人大、财政部、国务院公报正式文本核对。　扬州职业技术大学经贸学院吴强</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KaiTi"/>
        <w:b w:val="0"/>
        <w:i w:val="0"/>
        <w:color w:val="6B5D7A"/>
        <w:sz w:val="18"/>
      </w:rPr>
      <w:t>会计信息化 · 实施规范　图4-1 第4层　档案与电子凭证</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FangSong"/>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会计档案管理办法</dc:title>
  <dc:subject>会计信息化实施规范 · 图4-1 第4层</dc:subject>
  <dc:creator>扬州职业技术大学经贸学院吴强</dc:creator>
  <cp:keywords/>
  <dc:description>据公开政府网站转写，供教材与课堂对照。定稿或对外引用须核对正式文本。</dc:description>
  <cp:lastModifiedBy/>
  <cp:revision>1</cp:revision>
  <dcterms:created xsi:type="dcterms:W3CDTF">2013-12-23T23:15:00Z</dcterms:created>
  <dcterms:modified xsi:type="dcterms:W3CDTF">2013-12-23T23:15:00Z</dcterms:modified>
  <cp:category/>
</cp:coreProperties>
</file>